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2AFEA" w14:textId="77777777" w:rsidR="00CF1076" w:rsidRDefault="00000000">
      <w:pPr>
        <w:spacing w:before="480" w:after="40"/>
        <w:jc w:val="center"/>
      </w:pPr>
      <w:r>
        <w:rPr>
          <w:b/>
          <w:color w:val="075B45"/>
        </w:rPr>
        <w:t>THE SCHOOL OF SCIENCE AND TECHNOLOGY</w:t>
      </w:r>
    </w:p>
    <w:p w14:paraId="63F3760D" w14:textId="77777777" w:rsidR="00CF1076" w:rsidRDefault="00000000">
      <w:pPr>
        <w:spacing w:after="560"/>
        <w:jc w:val="center"/>
      </w:pPr>
      <w:r>
        <w:rPr>
          <w:b/>
          <w:color w:val="075B45"/>
          <w:sz w:val="30"/>
        </w:rPr>
        <w:t>THE GATEWAY (ICT) POLYTECHNIC SAAPADE</w:t>
      </w:r>
    </w:p>
    <w:p w14:paraId="0E04CCF5" w14:textId="77777777" w:rsidR="00CF1076" w:rsidRDefault="00000000">
      <w:pPr>
        <w:spacing w:after="80"/>
        <w:jc w:val="center"/>
      </w:pPr>
      <w:r>
        <w:rPr>
          <w:b/>
          <w:color w:val="B31824"/>
          <w:sz w:val="20"/>
        </w:rPr>
        <w:t>INTERNATIONAL CONFERENCE ON SCIENCE AND TECHNOLOGY</w:t>
      </w:r>
    </w:p>
    <w:p w14:paraId="69378C9F" w14:textId="77777777" w:rsidR="00CF1076" w:rsidRDefault="00000000">
      <w:pPr>
        <w:jc w:val="center"/>
      </w:pPr>
      <w:r>
        <w:rPr>
          <w:b/>
          <w:color w:val="075B45"/>
          <w:sz w:val="68"/>
        </w:rPr>
        <w:t>ICONFST’26</w:t>
      </w:r>
    </w:p>
    <w:p w14:paraId="131AA3C1" w14:textId="77777777" w:rsidR="00CF1076" w:rsidRDefault="00000000">
      <w:pPr>
        <w:spacing w:after="320"/>
        <w:jc w:val="center"/>
      </w:pPr>
      <w:r>
        <w:rPr>
          <w:b/>
          <w:color w:val="B31824"/>
          <w:sz w:val="50"/>
        </w:rPr>
        <w:t>BOOK OF ABSTRACTS</w:t>
      </w:r>
    </w:p>
    <w:p w14:paraId="0008DD7D" w14:textId="77777777" w:rsidR="00CF1076" w:rsidRDefault="00000000">
      <w:pPr>
        <w:spacing w:after="40"/>
        <w:jc w:val="center"/>
      </w:pPr>
      <w:r>
        <w:rPr>
          <w:b/>
          <w:color w:val="075B45"/>
          <w:sz w:val="28"/>
        </w:rPr>
        <w:t>Sustainable Research from Gown to Town:</w:t>
      </w:r>
    </w:p>
    <w:p w14:paraId="6F25A4A0" w14:textId="77777777" w:rsidR="00CF1076" w:rsidRDefault="00000000">
      <w:pPr>
        <w:spacing w:after="480"/>
        <w:jc w:val="center"/>
      </w:pPr>
      <w:r>
        <w:rPr>
          <w:b/>
          <w:color w:val="075B45"/>
          <w:sz w:val="28"/>
        </w:rPr>
        <w:t>Bridging the Academia and Industry Divide</w:t>
      </w:r>
    </w:p>
    <w:p w14:paraId="12299261" w14:textId="77777777" w:rsidR="00CF1076" w:rsidRDefault="00000000">
      <w:pPr>
        <w:spacing w:after="100"/>
        <w:jc w:val="center"/>
      </w:pPr>
      <w:r>
        <w:rPr>
          <w:b/>
          <w:sz w:val="28"/>
        </w:rPr>
        <w:t>23–26 August 2026</w:t>
      </w:r>
    </w:p>
    <w:p w14:paraId="5FE144EA" w14:textId="77777777" w:rsidR="00CF1076" w:rsidRDefault="00000000">
      <w:pPr>
        <w:spacing w:after="40"/>
        <w:jc w:val="center"/>
      </w:pPr>
      <w:r>
        <w:rPr>
          <w:color w:val="5F6965"/>
        </w:rPr>
        <w:t>Prince Dapo Abiodun CON Leadership Hall</w:t>
      </w:r>
    </w:p>
    <w:p w14:paraId="601DAF41" w14:textId="77777777" w:rsidR="00CF1076" w:rsidRDefault="00000000">
      <w:pPr>
        <w:spacing w:after="360"/>
        <w:jc w:val="center"/>
      </w:pPr>
      <w:r>
        <w:rPr>
          <w:color w:val="5F6965"/>
        </w:rPr>
        <w:t>The Gateway (ICT) Polytechnic, Saapade, Ogun State, Nigeria</w:t>
      </w:r>
    </w:p>
    <w:p w14:paraId="6DD9402E" w14:textId="77777777" w:rsidR="00CF1076" w:rsidRDefault="00000000">
      <w:pPr>
        <w:shd w:val="clear" w:color="auto" w:fill="075B45"/>
        <w:spacing w:after="0"/>
        <w:jc w:val="center"/>
      </w:pPr>
      <w:r>
        <w:rPr>
          <w:b/>
          <w:color w:val="FFFFFF"/>
          <w:sz w:val="19"/>
        </w:rPr>
        <w:t>HYBRID CONFERENCE  •  PHYSICAL &amp; VIRTUAL PARTICIPATION</w:t>
      </w:r>
    </w:p>
    <w:p w14:paraId="4280104F" w14:textId="77777777" w:rsidR="00CF1076" w:rsidRDefault="00000000">
      <w:pPr>
        <w:spacing w:before="480"/>
        <w:jc w:val="center"/>
      </w:pPr>
      <w:r>
        <w:rPr>
          <w:i/>
          <w:color w:val="5F6965"/>
          <w:sz w:val="18"/>
        </w:rPr>
        <w:t>Publication date: [DD Month 2026]  |  ISBN: [To be assigned]</w:t>
      </w:r>
    </w:p>
    <w:p w14:paraId="45FE7A3F" w14:textId="77777777" w:rsidR="00CF1076" w:rsidRDefault="00000000">
      <w:r>
        <w:br w:type="page"/>
      </w:r>
    </w:p>
    <w:p w14:paraId="4EA48AAB" w14:textId="77777777" w:rsidR="00CF1076" w:rsidRDefault="00000000">
      <w:pPr>
        <w:pStyle w:val="Heading1"/>
      </w:pPr>
      <w:bookmarkStart w:id="0" w:name="_Toc237123589"/>
      <w:r>
        <w:lastRenderedPageBreak/>
        <w:t>Publication Information</w:t>
      </w:r>
      <w:bookmarkEnd w:id="0"/>
    </w:p>
    <w:tbl>
      <w:tblPr>
        <w:tblStyle w:val="TableGrid"/>
        <w:tblW w:w="0" w:type="auto"/>
        <w:jc w:val="center"/>
        <w:tblLayout w:type="fixed"/>
        <w:tblLook w:val="04A0" w:firstRow="1" w:lastRow="0" w:firstColumn="1" w:lastColumn="0" w:noHBand="0" w:noVBand="1"/>
      </w:tblPr>
      <w:tblGrid>
        <w:gridCol w:w="2376"/>
        <w:gridCol w:w="6912"/>
      </w:tblGrid>
      <w:tr w:rsidR="00CF1076" w14:paraId="444C1A5E" w14:textId="77777777">
        <w:trPr>
          <w:tblHeader/>
          <w:jc w:val="center"/>
        </w:trPr>
        <w:tc>
          <w:tcPr>
            <w:tcW w:w="2376" w:type="dxa"/>
            <w:shd w:val="clear" w:color="auto" w:fill="075B45"/>
            <w:tcMar>
              <w:top w:w="100" w:type="dxa"/>
              <w:left w:w="120" w:type="dxa"/>
              <w:bottom w:w="100" w:type="dxa"/>
              <w:right w:w="120" w:type="dxa"/>
            </w:tcMar>
            <w:vAlign w:val="center"/>
          </w:tcPr>
          <w:p w14:paraId="19689C6A" w14:textId="77777777" w:rsidR="00CF1076" w:rsidRDefault="00000000">
            <w:pPr>
              <w:spacing w:after="0" w:line="252" w:lineRule="auto"/>
              <w:jc w:val="center"/>
            </w:pPr>
            <w:r>
              <w:rPr>
                <w:b/>
                <w:color w:val="FFFFFF"/>
                <w:sz w:val="19"/>
              </w:rPr>
              <w:t>Field</w:t>
            </w:r>
          </w:p>
        </w:tc>
        <w:tc>
          <w:tcPr>
            <w:tcW w:w="6912" w:type="dxa"/>
            <w:shd w:val="clear" w:color="auto" w:fill="075B45"/>
            <w:tcMar>
              <w:top w:w="100" w:type="dxa"/>
              <w:left w:w="120" w:type="dxa"/>
              <w:bottom w:w="100" w:type="dxa"/>
              <w:right w:w="120" w:type="dxa"/>
            </w:tcMar>
            <w:vAlign w:val="center"/>
          </w:tcPr>
          <w:p w14:paraId="5D453D43" w14:textId="77777777" w:rsidR="00CF1076" w:rsidRDefault="00000000">
            <w:pPr>
              <w:spacing w:after="0" w:line="252" w:lineRule="auto"/>
              <w:jc w:val="center"/>
            </w:pPr>
            <w:r>
              <w:rPr>
                <w:b/>
                <w:color w:val="FFFFFF"/>
                <w:sz w:val="19"/>
              </w:rPr>
              <w:t>Publication metadata</w:t>
            </w:r>
          </w:p>
        </w:tc>
      </w:tr>
      <w:tr w:rsidR="00CF1076" w14:paraId="5F56912F" w14:textId="77777777">
        <w:trPr>
          <w:jc w:val="center"/>
        </w:trPr>
        <w:tc>
          <w:tcPr>
            <w:tcW w:w="2376" w:type="dxa"/>
            <w:tcMar>
              <w:top w:w="100" w:type="dxa"/>
              <w:left w:w="120" w:type="dxa"/>
              <w:bottom w:w="100" w:type="dxa"/>
              <w:right w:w="120" w:type="dxa"/>
            </w:tcMar>
            <w:vAlign w:val="center"/>
          </w:tcPr>
          <w:p w14:paraId="369C589F" w14:textId="77777777" w:rsidR="00CF1076" w:rsidRDefault="00000000">
            <w:pPr>
              <w:spacing w:after="0" w:line="252" w:lineRule="auto"/>
              <w:jc w:val="left"/>
            </w:pPr>
            <w:r>
              <w:rPr>
                <w:sz w:val="18"/>
              </w:rPr>
              <w:t>Title</w:t>
            </w:r>
          </w:p>
        </w:tc>
        <w:tc>
          <w:tcPr>
            <w:tcW w:w="6912" w:type="dxa"/>
            <w:tcMar>
              <w:top w:w="100" w:type="dxa"/>
              <w:left w:w="120" w:type="dxa"/>
              <w:bottom w:w="100" w:type="dxa"/>
              <w:right w:w="120" w:type="dxa"/>
            </w:tcMar>
            <w:vAlign w:val="center"/>
          </w:tcPr>
          <w:p w14:paraId="2700A8C0" w14:textId="77777777" w:rsidR="00CF1076" w:rsidRDefault="00000000">
            <w:pPr>
              <w:spacing w:after="0" w:line="252" w:lineRule="auto"/>
              <w:jc w:val="left"/>
            </w:pPr>
            <w:r>
              <w:rPr>
                <w:sz w:val="18"/>
              </w:rPr>
              <w:t>ICONFST’26 Book of Abstracts</w:t>
            </w:r>
          </w:p>
        </w:tc>
      </w:tr>
      <w:tr w:rsidR="00CF1076" w14:paraId="411FCCEC" w14:textId="77777777">
        <w:trPr>
          <w:jc w:val="center"/>
        </w:trPr>
        <w:tc>
          <w:tcPr>
            <w:tcW w:w="2376" w:type="dxa"/>
            <w:shd w:val="clear" w:color="auto" w:fill="F4F7F5"/>
            <w:tcMar>
              <w:top w:w="100" w:type="dxa"/>
              <w:left w:w="120" w:type="dxa"/>
              <w:bottom w:w="100" w:type="dxa"/>
              <w:right w:w="120" w:type="dxa"/>
            </w:tcMar>
            <w:vAlign w:val="center"/>
          </w:tcPr>
          <w:p w14:paraId="170CA433" w14:textId="77777777" w:rsidR="00CF1076" w:rsidRDefault="00000000">
            <w:pPr>
              <w:spacing w:after="0" w:line="252" w:lineRule="auto"/>
              <w:jc w:val="left"/>
            </w:pPr>
            <w:r>
              <w:rPr>
                <w:sz w:val="18"/>
              </w:rPr>
              <w:t>Conference</w:t>
            </w:r>
          </w:p>
        </w:tc>
        <w:tc>
          <w:tcPr>
            <w:tcW w:w="6912" w:type="dxa"/>
            <w:shd w:val="clear" w:color="auto" w:fill="F4F7F5"/>
            <w:tcMar>
              <w:top w:w="100" w:type="dxa"/>
              <w:left w:w="120" w:type="dxa"/>
              <w:bottom w:w="100" w:type="dxa"/>
              <w:right w:w="120" w:type="dxa"/>
            </w:tcMar>
            <w:vAlign w:val="center"/>
          </w:tcPr>
          <w:p w14:paraId="5B03F01F" w14:textId="77777777" w:rsidR="00CF1076" w:rsidRDefault="00000000">
            <w:pPr>
              <w:spacing w:after="0" w:line="252" w:lineRule="auto"/>
              <w:jc w:val="left"/>
            </w:pPr>
            <w:r>
              <w:rPr>
                <w:sz w:val="18"/>
              </w:rPr>
              <w:t>International Conference on Science and Technology (ICONFST’26)</w:t>
            </w:r>
          </w:p>
        </w:tc>
      </w:tr>
      <w:tr w:rsidR="00CF1076" w14:paraId="07AAA7E3" w14:textId="77777777">
        <w:trPr>
          <w:jc w:val="center"/>
        </w:trPr>
        <w:tc>
          <w:tcPr>
            <w:tcW w:w="2376" w:type="dxa"/>
            <w:tcMar>
              <w:top w:w="100" w:type="dxa"/>
              <w:left w:w="120" w:type="dxa"/>
              <w:bottom w:w="100" w:type="dxa"/>
              <w:right w:w="120" w:type="dxa"/>
            </w:tcMar>
            <w:vAlign w:val="center"/>
          </w:tcPr>
          <w:p w14:paraId="7C0556A4" w14:textId="77777777" w:rsidR="00CF1076" w:rsidRDefault="00000000">
            <w:pPr>
              <w:spacing w:after="0" w:line="252" w:lineRule="auto"/>
              <w:jc w:val="left"/>
            </w:pPr>
            <w:r>
              <w:rPr>
                <w:sz w:val="18"/>
              </w:rPr>
              <w:t>Theme</w:t>
            </w:r>
          </w:p>
        </w:tc>
        <w:tc>
          <w:tcPr>
            <w:tcW w:w="6912" w:type="dxa"/>
            <w:tcMar>
              <w:top w:w="100" w:type="dxa"/>
              <w:left w:w="120" w:type="dxa"/>
              <w:bottom w:w="100" w:type="dxa"/>
              <w:right w:w="120" w:type="dxa"/>
            </w:tcMar>
            <w:vAlign w:val="center"/>
          </w:tcPr>
          <w:p w14:paraId="73D9DAC5" w14:textId="77777777" w:rsidR="00CF1076" w:rsidRDefault="00000000">
            <w:pPr>
              <w:spacing w:after="0" w:line="252" w:lineRule="auto"/>
              <w:jc w:val="left"/>
            </w:pPr>
            <w:r>
              <w:rPr>
                <w:sz w:val="18"/>
              </w:rPr>
              <w:t>Sustainable Research from Gown to Town: Bridging the Academia and Industry Divide</w:t>
            </w:r>
          </w:p>
        </w:tc>
      </w:tr>
      <w:tr w:rsidR="00CF1076" w14:paraId="4287B95A" w14:textId="77777777">
        <w:trPr>
          <w:jc w:val="center"/>
        </w:trPr>
        <w:tc>
          <w:tcPr>
            <w:tcW w:w="2376" w:type="dxa"/>
            <w:shd w:val="clear" w:color="auto" w:fill="F4F7F5"/>
            <w:tcMar>
              <w:top w:w="100" w:type="dxa"/>
              <w:left w:w="120" w:type="dxa"/>
              <w:bottom w:w="100" w:type="dxa"/>
              <w:right w:w="120" w:type="dxa"/>
            </w:tcMar>
            <w:vAlign w:val="center"/>
          </w:tcPr>
          <w:p w14:paraId="38F76DBB" w14:textId="77777777" w:rsidR="00CF1076" w:rsidRDefault="00000000">
            <w:pPr>
              <w:spacing w:after="0" w:line="252" w:lineRule="auto"/>
              <w:jc w:val="left"/>
            </w:pPr>
            <w:r>
              <w:rPr>
                <w:sz w:val="18"/>
              </w:rPr>
              <w:t>Organiser</w:t>
            </w:r>
          </w:p>
        </w:tc>
        <w:tc>
          <w:tcPr>
            <w:tcW w:w="6912" w:type="dxa"/>
            <w:shd w:val="clear" w:color="auto" w:fill="F4F7F5"/>
            <w:tcMar>
              <w:top w:w="100" w:type="dxa"/>
              <w:left w:w="120" w:type="dxa"/>
              <w:bottom w:w="100" w:type="dxa"/>
              <w:right w:w="120" w:type="dxa"/>
            </w:tcMar>
            <w:vAlign w:val="center"/>
          </w:tcPr>
          <w:p w14:paraId="0739769A" w14:textId="77777777" w:rsidR="00CF1076" w:rsidRDefault="00000000">
            <w:pPr>
              <w:spacing w:after="0" w:line="252" w:lineRule="auto"/>
              <w:jc w:val="left"/>
            </w:pPr>
            <w:r>
              <w:rPr>
                <w:sz w:val="18"/>
              </w:rPr>
              <w:t>School of Science and Technology, The Gateway (ICT) Polytechnic Saapade</w:t>
            </w:r>
          </w:p>
        </w:tc>
      </w:tr>
      <w:tr w:rsidR="00CF1076" w14:paraId="715F2CB8" w14:textId="77777777">
        <w:trPr>
          <w:jc w:val="center"/>
        </w:trPr>
        <w:tc>
          <w:tcPr>
            <w:tcW w:w="2376" w:type="dxa"/>
            <w:tcMar>
              <w:top w:w="100" w:type="dxa"/>
              <w:left w:w="120" w:type="dxa"/>
              <w:bottom w:w="100" w:type="dxa"/>
              <w:right w:w="120" w:type="dxa"/>
            </w:tcMar>
            <w:vAlign w:val="center"/>
          </w:tcPr>
          <w:p w14:paraId="6BDE8F81" w14:textId="77777777" w:rsidR="00CF1076" w:rsidRDefault="00000000">
            <w:pPr>
              <w:spacing w:after="0" w:line="252" w:lineRule="auto"/>
              <w:jc w:val="left"/>
            </w:pPr>
            <w:r>
              <w:rPr>
                <w:sz w:val="18"/>
              </w:rPr>
              <w:t>Conference dates</w:t>
            </w:r>
          </w:p>
        </w:tc>
        <w:tc>
          <w:tcPr>
            <w:tcW w:w="6912" w:type="dxa"/>
            <w:tcMar>
              <w:top w:w="100" w:type="dxa"/>
              <w:left w:w="120" w:type="dxa"/>
              <w:bottom w:w="100" w:type="dxa"/>
              <w:right w:w="120" w:type="dxa"/>
            </w:tcMar>
            <w:vAlign w:val="center"/>
          </w:tcPr>
          <w:p w14:paraId="54343196" w14:textId="77777777" w:rsidR="00CF1076" w:rsidRDefault="00000000">
            <w:pPr>
              <w:spacing w:after="0" w:line="252" w:lineRule="auto"/>
              <w:jc w:val="left"/>
            </w:pPr>
            <w:r>
              <w:rPr>
                <w:sz w:val="18"/>
              </w:rPr>
              <w:t>23–26 August 2026</w:t>
            </w:r>
          </w:p>
        </w:tc>
      </w:tr>
      <w:tr w:rsidR="00CF1076" w14:paraId="4977A8E6" w14:textId="77777777">
        <w:trPr>
          <w:jc w:val="center"/>
        </w:trPr>
        <w:tc>
          <w:tcPr>
            <w:tcW w:w="2376" w:type="dxa"/>
            <w:shd w:val="clear" w:color="auto" w:fill="F4F7F5"/>
            <w:tcMar>
              <w:top w:w="100" w:type="dxa"/>
              <w:left w:w="120" w:type="dxa"/>
              <w:bottom w:w="100" w:type="dxa"/>
              <w:right w:w="120" w:type="dxa"/>
            </w:tcMar>
            <w:vAlign w:val="center"/>
          </w:tcPr>
          <w:p w14:paraId="6B4377E4" w14:textId="77777777" w:rsidR="00CF1076" w:rsidRDefault="00000000">
            <w:pPr>
              <w:spacing w:after="0" w:line="252" w:lineRule="auto"/>
              <w:jc w:val="left"/>
            </w:pPr>
            <w:r>
              <w:rPr>
                <w:sz w:val="18"/>
              </w:rPr>
              <w:t>Venue</w:t>
            </w:r>
          </w:p>
        </w:tc>
        <w:tc>
          <w:tcPr>
            <w:tcW w:w="6912" w:type="dxa"/>
            <w:shd w:val="clear" w:color="auto" w:fill="F4F7F5"/>
            <w:tcMar>
              <w:top w:w="100" w:type="dxa"/>
              <w:left w:w="120" w:type="dxa"/>
              <w:bottom w:w="100" w:type="dxa"/>
              <w:right w:w="120" w:type="dxa"/>
            </w:tcMar>
            <w:vAlign w:val="center"/>
          </w:tcPr>
          <w:p w14:paraId="165B5925" w14:textId="77777777" w:rsidR="00CF1076" w:rsidRDefault="00000000">
            <w:pPr>
              <w:spacing w:after="0" w:line="252" w:lineRule="auto"/>
              <w:jc w:val="left"/>
            </w:pPr>
            <w:r>
              <w:rPr>
                <w:sz w:val="18"/>
              </w:rPr>
              <w:t>Prince Dapo Abiodun CON Leadership Hall, The Gateway (ICT) Polytechnic, Saapade, Ogun State, Nigeria</w:t>
            </w:r>
          </w:p>
        </w:tc>
      </w:tr>
      <w:tr w:rsidR="00CF1076" w14:paraId="3B3B6FF7" w14:textId="77777777">
        <w:trPr>
          <w:jc w:val="center"/>
        </w:trPr>
        <w:tc>
          <w:tcPr>
            <w:tcW w:w="2376" w:type="dxa"/>
            <w:tcMar>
              <w:top w:w="100" w:type="dxa"/>
              <w:left w:w="120" w:type="dxa"/>
              <w:bottom w:w="100" w:type="dxa"/>
              <w:right w:w="120" w:type="dxa"/>
            </w:tcMar>
            <w:vAlign w:val="center"/>
          </w:tcPr>
          <w:p w14:paraId="0E974BD6" w14:textId="77777777" w:rsidR="00CF1076" w:rsidRDefault="00000000">
            <w:pPr>
              <w:spacing w:after="0" w:line="252" w:lineRule="auto"/>
              <w:jc w:val="left"/>
            </w:pPr>
            <w:r>
              <w:rPr>
                <w:sz w:val="18"/>
              </w:rPr>
              <w:t>Mode</w:t>
            </w:r>
          </w:p>
        </w:tc>
        <w:tc>
          <w:tcPr>
            <w:tcW w:w="6912" w:type="dxa"/>
            <w:tcMar>
              <w:top w:w="100" w:type="dxa"/>
              <w:left w:w="120" w:type="dxa"/>
              <w:bottom w:w="100" w:type="dxa"/>
              <w:right w:w="120" w:type="dxa"/>
            </w:tcMar>
            <w:vAlign w:val="center"/>
          </w:tcPr>
          <w:p w14:paraId="5D4500C5" w14:textId="77777777" w:rsidR="00CF1076" w:rsidRDefault="00000000">
            <w:pPr>
              <w:spacing w:after="0" w:line="252" w:lineRule="auto"/>
              <w:jc w:val="left"/>
            </w:pPr>
            <w:r>
              <w:rPr>
                <w:sz w:val="18"/>
              </w:rPr>
              <w:t>Hybrid: physical and virtual</w:t>
            </w:r>
          </w:p>
        </w:tc>
      </w:tr>
      <w:tr w:rsidR="00CF1076" w14:paraId="3C789598" w14:textId="77777777">
        <w:trPr>
          <w:jc w:val="center"/>
        </w:trPr>
        <w:tc>
          <w:tcPr>
            <w:tcW w:w="2376" w:type="dxa"/>
            <w:shd w:val="clear" w:color="auto" w:fill="F4F7F5"/>
            <w:tcMar>
              <w:top w:w="100" w:type="dxa"/>
              <w:left w:w="120" w:type="dxa"/>
              <w:bottom w:w="100" w:type="dxa"/>
              <w:right w:w="120" w:type="dxa"/>
            </w:tcMar>
            <w:vAlign w:val="center"/>
          </w:tcPr>
          <w:p w14:paraId="72432DDF" w14:textId="77777777" w:rsidR="00CF1076" w:rsidRDefault="00000000">
            <w:pPr>
              <w:spacing w:after="0" w:line="252" w:lineRule="auto"/>
              <w:jc w:val="left"/>
            </w:pPr>
            <w:r>
              <w:rPr>
                <w:sz w:val="18"/>
              </w:rPr>
              <w:t>Editor(s)</w:t>
            </w:r>
          </w:p>
        </w:tc>
        <w:tc>
          <w:tcPr>
            <w:tcW w:w="6912" w:type="dxa"/>
            <w:shd w:val="clear" w:color="auto" w:fill="F4F7F5"/>
            <w:tcMar>
              <w:top w:w="100" w:type="dxa"/>
              <w:left w:w="120" w:type="dxa"/>
              <w:bottom w:w="100" w:type="dxa"/>
              <w:right w:w="120" w:type="dxa"/>
            </w:tcMar>
            <w:vAlign w:val="center"/>
          </w:tcPr>
          <w:p w14:paraId="1643A75F" w14:textId="77777777" w:rsidR="00CF1076" w:rsidRDefault="00000000">
            <w:pPr>
              <w:spacing w:after="0" w:line="252" w:lineRule="auto"/>
              <w:jc w:val="left"/>
            </w:pPr>
            <w:r>
              <w:rPr>
                <w:sz w:val="18"/>
              </w:rPr>
              <w:t>[Editor-in-Chief / Editorial Team]</w:t>
            </w:r>
          </w:p>
        </w:tc>
      </w:tr>
      <w:tr w:rsidR="00CF1076" w14:paraId="6AAE5C04" w14:textId="77777777">
        <w:trPr>
          <w:jc w:val="center"/>
        </w:trPr>
        <w:tc>
          <w:tcPr>
            <w:tcW w:w="2376" w:type="dxa"/>
            <w:tcMar>
              <w:top w:w="100" w:type="dxa"/>
              <w:left w:w="120" w:type="dxa"/>
              <w:bottom w:w="100" w:type="dxa"/>
              <w:right w:w="120" w:type="dxa"/>
            </w:tcMar>
            <w:vAlign w:val="center"/>
          </w:tcPr>
          <w:p w14:paraId="790FB6E4" w14:textId="77777777" w:rsidR="00CF1076" w:rsidRDefault="00000000">
            <w:pPr>
              <w:spacing w:after="0" w:line="252" w:lineRule="auto"/>
              <w:jc w:val="left"/>
            </w:pPr>
            <w:r>
              <w:rPr>
                <w:sz w:val="18"/>
              </w:rPr>
              <w:t>Publisher</w:t>
            </w:r>
          </w:p>
        </w:tc>
        <w:tc>
          <w:tcPr>
            <w:tcW w:w="6912" w:type="dxa"/>
            <w:tcMar>
              <w:top w:w="100" w:type="dxa"/>
              <w:left w:w="120" w:type="dxa"/>
              <w:bottom w:w="100" w:type="dxa"/>
              <w:right w:w="120" w:type="dxa"/>
            </w:tcMar>
            <w:vAlign w:val="center"/>
          </w:tcPr>
          <w:p w14:paraId="6AE83E63" w14:textId="77777777" w:rsidR="00CF1076" w:rsidRDefault="00000000">
            <w:pPr>
              <w:spacing w:after="0" w:line="252" w:lineRule="auto"/>
              <w:jc w:val="left"/>
            </w:pPr>
            <w:r>
              <w:rPr>
                <w:sz w:val="18"/>
              </w:rPr>
              <w:t>[School / Institutional Publisher]</w:t>
            </w:r>
          </w:p>
        </w:tc>
      </w:tr>
      <w:tr w:rsidR="00CF1076" w14:paraId="06B569EE" w14:textId="77777777">
        <w:trPr>
          <w:jc w:val="center"/>
        </w:trPr>
        <w:tc>
          <w:tcPr>
            <w:tcW w:w="2376" w:type="dxa"/>
            <w:shd w:val="clear" w:color="auto" w:fill="F4F7F5"/>
            <w:tcMar>
              <w:top w:w="100" w:type="dxa"/>
              <w:left w:w="120" w:type="dxa"/>
              <w:bottom w:w="100" w:type="dxa"/>
              <w:right w:w="120" w:type="dxa"/>
            </w:tcMar>
            <w:vAlign w:val="center"/>
          </w:tcPr>
          <w:p w14:paraId="3E0CEFA1" w14:textId="77777777" w:rsidR="00CF1076" w:rsidRDefault="00000000">
            <w:pPr>
              <w:spacing w:after="0" w:line="252" w:lineRule="auto"/>
              <w:jc w:val="left"/>
            </w:pPr>
            <w:r>
              <w:rPr>
                <w:sz w:val="18"/>
              </w:rPr>
              <w:t>ISBN / e-ISBN</w:t>
            </w:r>
          </w:p>
        </w:tc>
        <w:tc>
          <w:tcPr>
            <w:tcW w:w="6912" w:type="dxa"/>
            <w:shd w:val="clear" w:color="auto" w:fill="F4F7F5"/>
            <w:tcMar>
              <w:top w:w="100" w:type="dxa"/>
              <w:left w:w="120" w:type="dxa"/>
              <w:bottom w:w="100" w:type="dxa"/>
              <w:right w:w="120" w:type="dxa"/>
            </w:tcMar>
            <w:vAlign w:val="center"/>
          </w:tcPr>
          <w:p w14:paraId="1151B5BA" w14:textId="77777777" w:rsidR="00CF1076" w:rsidRDefault="00000000">
            <w:pPr>
              <w:spacing w:after="0" w:line="252" w:lineRule="auto"/>
              <w:jc w:val="left"/>
            </w:pPr>
            <w:r>
              <w:rPr>
                <w:sz w:val="18"/>
              </w:rPr>
              <w:t>[To be assigned]</w:t>
            </w:r>
          </w:p>
        </w:tc>
      </w:tr>
      <w:tr w:rsidR="00CF1076" w14:paraId="3A50BB1E" w14:textId="77777777">
        <w:trPr>
          <w:jc w:val="center"/>
        </w:trPr>
        <w:tc>
          <w:tcPr>
            <w:tcW w:w="2376" w:type="dxa"/>
            <w:tcMar>
              <w:top w:w="100" w:type="dxa"/>
              <w:left w:w="120" w:type="dxa"/>
              <w:bottom w:w="100" w:type="dxa"/>
              <w:right w:w="120" w:type="dxa"/>
            </w:tcMar>
            <w:vAlign w:val="center"/>
          </w:tcPr>
          <w:p w14:paraId="78AD7C44" w14:textId="77777777" w:rsidR="00CF1076" w:rsidRDefault="00000000">
            <w:pPr>
              <w:spacing w:after="0" w:line="252" w:lineRule="auto"/>
              <w:jc w:val="left"/>
            </w:pPr>
            <w:r>
              <w:rPr>
                <w:sz w:val="18"/>
              </w:rPr>
              <w:t>Publication date</w:t>
            </w:r>
          </w:p>
        </w:tc>
        <w:tc>
          <w:tcPr>
            <w:tcW w:w="6912" w:type="dxa"/>
            <w:tcMar>
              <w:top w:w="100" w:type="dxa"/>
              <w:left w:w="120" w:type="dxa"/>
              <w:bottom w:w="100" w:type="dxa"/>
              <w:right w:w="120" w:type="dxa"/>
            </w:tcMar>
            <w:vAlign w:val="center"/>
          </w:tcPr>
          <w:p w14:paraId="32852E5F" w14:textId="77777777" w:rsidR="00CF1076" w:rsidRDefault="00000000">
            <w:pPr>
              <w:spacing w:after="0" w:line="252" w:lineRule="auto"/>
              <w:jc w:val="left"/>
            </w:pPr>
            <w:r>
              <w:rPr>
                <w:sz w:val="18"/>
              </w:rPr>
              <w:t>[DD Month 2026]</w:t>
            </w:r>
          </w:p>
        </w:tc>
      </w:tr>
      <w:tr w:rsidR="00CF1076" w14:paraId="49057AB9" w14:textId="77777777">
        <w:trPr>
          <w:jc w:val="center"/>
        </w:trPr>
        <w:tc>
          <w:tcPr>
            <w:tcW w:w="2376" w:type="dxa"/>
            <w:shd w:val="clear" w:color="auto" w:fill="F4F7F5"/>
            <w:tcMar>
              <w:top w:w="100" w:type="dxa"/>
              <w:left w:w="120" w:type="dxa"/>
              <w:bottom w:w="100" w:type="dxa"/>
              <w:right w:w="120" w:type="dxa"/>
            </w:tcMar>
            <w:vAlign w:val="center"/>
          </w:tcPr>
          <w:p w14:paraId="4627481D" w14:textId="77777777" w:rsidR="00CF1076" w:rsidRDefault="00000000">
            <w:pPr>
              <w:spacing w:after="0" w:line="252" w:lineRule="auto"/>
              <w:jc w:val="left"/>
            </w:pPr>
            <w:r>
              <w:rPr>
                <w:sz w:val="18"/>
              </w:rPr>
              <w:t>Recommended citation</w:t>
            </w:r>
          </w:p>
        </w:tc>
        <w:tc>
          <w:tcPr>
            <w:tcW w:w="6912" w:type="dxa"/>
            <w:shd w:val="clear" w:color="auto" w:fill="F4F7F5"/>
            <w:tcMar>
              <w:top w:w="100" w:type="dxa"/>
              <w:left w:w="120" w:type="dxa"/>
              <w:bottom w:w="100" w:type="dxa"/>
              <w:right w:w="120" w:type="dxa"/>
            </w:tcMar>
            <w:vAlign w:val="center"/>
          </w:tcPr>
          <w:p w14:paraId="6C064EAF" w14:textId="77777777" w:rsidR="00CF1076" w:rsidRDefault="00000000">
            <w:pPr>
              <w:spacing w:after="0" w:line="252" w:lineRule="auto"/>
              <w:jc w:val="left"/>
            </w:pPr>
            <w:r>
              <w:rPr>
                <w:sz w:val="18"/>
              </w:rPr>
              <w:t>School of Science and Technology. (2026). ICONFST’26 book of abstracts. The Gateway (ICT) Polytechnic Saapade.</w:t>
            </w:r>
          </w:p>
        </w:tc>
      </w:tr>
    </w:tbl>
    <w:p w14:paraId="7241DB74" w14:textId="77777777" w:rsidR="00CF1076" w:rsidRDefault="00CF1076">
      <w:pPr>
        <w:spacing w:after="0"/>
      </w:pPr>
    </w:p>
    <w:p w14:paraId="638CDF95" w14:textId="77777777" w:rsidR="00CF1076" w:rsidRDefault="00000000">
      <w:pPr>
        <w:pStyle w:val="Heading2"/>
      </w:pPr>
      <w:bookmarkStart w:id="1" w:name="_Toc237123590"/>
      <w:r>
        <w:t>Copyright and Disclaimer</w:t>
      </w:r>
      <w:bookmarkEnd w:id="1"/>
    </w:p>
    <w:p w14:paraId="2E6A4D71" w14:textId="77777777" w:rsidR="00CF1076" w:rsidRDefault="00000000">
      <w:r>
        <w:t>© 2026 The Gateway (ICT) Polytechnic Saapade. All rights reserved. Except for uses permitted by applicable copyright law, no part of this publication may be reproduced, stored, or transmitted without prior written permission of the publisher. Authors retain responsibility for the originality, accuracy, ethics, permissions, and views expressed in their abstracts. Those views do not necessarily represent the School of Science and Technology, The Gateway (ICT) Polytechnic Saapade, the editors, sponsors, or conference committees.</w:t>
      </w:r>
    </w:p>
    <w:p w14:paraId="3F29BA9F" w14:textId="77777777" w:rsidR="00CF1076" w:rsidRDefault="00000000">
      <w:r>
        <w:rPr>
          <w:i/>
          <w:color w:val="5F6965"/>
          <w:sz w:val="20"/>
        </w:rPr>
        <w:t>Abstracts are reproduced from accepted submissions after editorial standardisation. Minor corrections to spelling, typography, metadata, and house style may be made without altering scholarly meaning. Inclusion in this book does not by itself constitute publication of a full peer-reviewed paper.</w:t>
      </w:r>
    </w:p>
    <w:tbl>
      <w:tblPr>
        <w:tblW w:w="0" w:type="auto"/>
        <w:jc w:val="center"/>
        <w:tblLayout w:type="fixed"/>
        <w:tblLook w:val="04A0" w:firstRow="1" w:lastRow="0" w:firstColumn="1" w:lastColumn="0" w:noHBand="0" w:noVBand="1"/>
      </w:tblPr>
      <w:tblGrid>
        <w:gridCol w:w="9605"/>
      </w:tblGrid>
      <w:tr w:rsidR="00CF1076" w14:paraId="1630FD7F" w14:textId="77777777">
        <w:trPr>
          <w:jc w:val="center"/>
        </w:trPr>
        <w:tc>
          <w:tcPr>
            <w:tcW w:w="9605" w:type="dxa"/>
            <w:shd w:val="clear" w:color="auto" w:fill="E9F4EF"/>
            <w:tcMar>
              <w:top w:w="140" w:type="dxa"/>
              <w:left w:w="160" w:type="dxa"/>
              <w:bottom w:w="140" w:type="dxa"/>
              <w:right w:w="160" w:type="dxa"/>
            </w:tcMar>
          </w:tcPr>
          <w:p w14:paraId="3EE9460C" w14:textId="77777777" w:rsidR="00CF1076" w:rsidRDefault="00000000">
            <w:pPr>
              <w:spacing w:after="0"/>
            </w:pPr>
            <w:r>
              <w:rPr>
                <w:b/>
                <w:color w:val="075B45"/>
                <w:sz w:val="21"/>
              </w:rPr>
              <w:t xml:space="preserve">Editorial production note.  </w:t>
            </w:r>
            <w:r>
              <w:rPr>
                <w:sz w:val="21"/>
              </w:rPr>
              <w:t>Replace every bracketed field and automatic merge marker before final publication. Update the table of contents, list of abstracts, and indexes after the abstract-insertion workflow is complete.</w:t>
            </w:r>
          </w:p>
        </w:tc>
      </w:tr>
    </w:tbl>
    <w:p w14:paraId="7079C162" w14:textId="77777777" w:rsidR="00CF1076" w:rsidRDefault="00CF1076">
      <w:pPr>
        <w:spacing w:after="0"/>
      </w:pPr>
    </w:p>
    <w:p w14:paraId="09FCBB0D" w14:textId="77777777" w:rsidR="00CF1076" w:rsidRDefault="00000000">
      <w:r>
        <w:br w:type="page"/>
      </w:r>
    </w:p>
    <w:p w14:paraId="3FA08B4F" w14:textId="77777777" w:rsidR="00CF1076" w:rsidRDefault="00000000">
      <w:pPr>
        <w:pStyle w:val="Heading1"/>
      </w:pPr>
      <w:bookmarkStart w:id="2" w:name="_Toc237123591"/>
      <w:r>
        <w:lastRenderedPageBreak/>
        <w:t>Contents</w:t>
      </w:r>
      <w:bookmarkEnd w:id="2"/>
    </w:p>
    <w:p w14:paraId="0D0D2846" w14:textId="77777777" w:rsidR="00CF1076" w:rsidRDefault="00000000">
      <w:pPr>
        <w:jc w:val="left"/>
      </w:pPr>
      <w:r>
        <w:rPr>
          <w:i/>
          <w:color w:val="5F6965"/>
          <w:sz w:val="20"/>
        </w:rPr>
        <w:t>[AUTOMATIC TABLE OF CONTENTS — update fields after assembly]</w:t>
      </w:r>
    </w:p>
    <w:p w14:paraId="4CCEBF59" w14:textId="77777777" w:rsidR="0070215D" w:rsidRDefault="00000000">
      <w:pPr>
        <w:pStyle w:val="TOC1"/>
        <w:tabs>
          <w:tab w:val="right" w:leader="dot" w:pos="9595"/>
        </w:tabs>
        <w:rPr>
          <w:noProof/>
        </w:rPr>
      </w:pPr>
      <w:r>
        <w:rPr>
          <w:color w:val="5F6965"/>
          <w:sz w:val="17"/>
        </w:rPr>
        <w:fldChar w:fldCharType="begin"/>
      </w:r>
      <w:r>
        <w:rPr>
          <w:color w:val="5F6965"/>
          <w:sz w:val="17"/>
        </w:rPr>
        <w:instrText>TOC \o "1-3" \h \z \u</w:instrText>
      </w:r>
      <w:r>
        <w:rPr>
          <w:color w:val="5F6965"/>
          <w:sz w:val="17"/>
        </w:rPr>
        <w:fldChar w:fldCharType="separate"/>
      </w:r>
      <w:hyperlink w:anchor="_Toc237123589" w:history="1">
        <w:r w:rsidR="0070215D" w:rsidRPr="004529D6">
          <w:rPr>
            <w:rStyle w:val="Hyperlink"/>
            <w:noProof/>
          </w:rPr>
          <w:t>Publication Information</w:t>
        </w:r>
        <w:r w:rsidR="0070215D">
          <w:rPr>
            <w:noProof/>
            <w:webHidden/>
          </w:rPr>
          <w:tab/>
        </w:r>
        <w:r w:rsidR="0070215D">
          <w:rPr>
            <w:noProof/>
            <w:webHidden/>
          </w:rPr>
          <w:fldChar w:fldCharType="begin"/>
        </w:r>
        <w:r w:rsidR="0070215D">
          <w:rPr>
            <w:noProof/>
            <w:webHidden/>
          </w:rPr>
          <w:instrText xml:space="preserve"> PAGEREF _Toc237123589 \h </w:instrText>
        </w:r>
        <w:r w:rsidR="0070215D">
          <w:rPr>
            <w:noProof/>
            <w:webHidden/>
          </w:rPr>
        </w:r>
        <w:r w:rsidR="0070215D">
          <w:rPr>
            <w:noProof/>
            <w:webHidden/>
          </w:rPr>
          <w:fldChar w:fldCharType="separate"/>
        </w:r>
        <w:r w:rsidR="0070215D">
          <w:rPr>
            <w:noProof/>
            <w:webHidden/>
          </w:rPr>
          <w:t>1</w:t>
        </w:r>
        <w:r w:rsidR="0070215D">
          <w:rPr>
            <w:noProof/>
            <w:webHidden/>
          </w:rPr>
          <w:fldChar w:fldCharType="end"/>
        </w:r>
      </w:hyperlink>
    </w:p>
    <w:p w14:paraId="328FA2D5" w14:textId="77777777" w:rsidR="0070215D" w:rsidRDefault="0070215D">
      <w:pPr>
        <w:pStyle w:val="TOC2"/>
        <w:tabs>
          <w:tab w:val="right" w:leader="dot" w:pos="9595"/>
        </w:tabs>
        <w:rPr>
          <w:noProof/>
        </w:rPr>
      </w:pPr>
      <w:hyperlink w:anchor="_Toc237123590" w:history="1">
        <w:r w:rsidRPr="004529D6">
          <w:rPr>
            <w:rStyle w:val="Hyperlink"/>
            <w:noProof/>
          </w:rPr>
          <w:t>Copyright and Disclaimer</w:t>
        </w:r>
        <w:r>
          <w:rPr>
            <w:noProof/>
            <w:webHidden/>
          </w:rPr>
          <w:tab/>
        </w:r>
        <w:r>
          <w:rPr>
            <w:noProof/>
            <w:webHidden/>
          </w:rPr>
          <w:fldChar w:fldCharType="begin"/>
        </w:r>
        <w:r>
          <w:rPr>
            <w:noProof/>
            <w:webHidden/>
          </w:rPr>
          <w:instrText xml:space="preserve"> PAGEREF _Toc237123590 \h </w:instrText>
        </w:r>
        <w:r>
          <w:rPr>
            <w:noProof/>
            <w:webHidden/>
          </w:rPr>
        </w:r>
        <w:r>
          <w:rPr>
            <w:noProof/>
            <w:webHidden/>
          </w:rPr>
          <w:fldChar w:fldCharType="separate"/>
        </w:r>
        <w:r>
          <w:rPr>
            <w:noProof/>
            <w:webHidden/>
          </w:rPr>
          <w:t>1</w:t>
        </w:r>
        <w:r>
          <w:rPr>
            <w:noProof/>
            <w:webHidden/>
          </w:rPr>
          <w:fldChar w:fldCharType="end"/>
        </w:r>
      </w:hyperlink>
    </w:p>
    <w:p w14:paraId="4B6695A0" w14:textId="77777777" w:rsidR="0070215D" w:rsidRDefault="0070215D">
      <w:pPr>
        <w:pStyle w:val="TOC1"/>
        <w:tabs>
          <w:tab w:val="right" w:leader="dot" w:pos="9595"/>
        </w:tabs>
        <w:rPr>
          <w:noProof/>
        </w:rPr>
      </w:pPr>
      <w:hyperlink w:anchor="_Toc237123591" w:history="1">
        <w:r w:rsidRPr="004529D6">
          <w:rPr>
            <w:rStyle w:val="Hyperlink"/>
            <w:noProof/>
          </w:rPr>
          <w:t>Contents</w:t>
        </w:r>
        <w:r>
          <w:rPr>
            <w:noProof/>
            <w:webHidden/>
          </w:rPr>
          <w:tab/>
        </w:r>
        <w:r>
          <w:rPr>
            <w:noProof/>
            <w:webHidden/>
          </w:rPr>
          <w:fldChar w:fldCharType="begin"/>
        </w:r>
        <w:r>
          <w:rPr>
            <w:noProof/>
            <w:webHidden/>
          </w:rPr>
          <w:instrText xml:space="preserve"> PAGEREF _Toc237123591 \h </w:instrText>
        </w:r>
        <w:r>
          <w:rPr>
            <w:noProof/>
            <w:webHidden/>
          </w:rPr>
        </w:r>
        <w:r>
          <w:rPr>
            <w:noProof/>
            <w:webHidden/>
          </w:rPr>
          <w:fldChar w:fldCharType="separate"/>
        </w:r>
        <w:r>
          <w:rPr>
            <w:noProof/>
            <w:webHidden/>
          </w:rPr>
          <w:t>1</w:t>
        </w:r>
        <w:r>
          <w:rPr>
            <w:noProof/>
            <w:webHidden/>
          </w:rPr>
          <w:fldChar w:fldCharType="end"/>
        </w:r>
      </w:hyperlink>
    </w:p>
    <w:p w14:paraId="39870992" w14:textId="77777777" w:rsidR="0070215D" w:rsidRDefault="0070215D">
      <w:pPr>
        <w:pStyle w:val="TOC2"/>
        <w:tabs>
          <w:tab w:val="right" w:leader="dot" w:pos="9595"/>
        </w:tabs>
        <w:rPr>
          <w:noProof/>
        </w:rPr>
      </w:pPr>
      <w:hyperlink w:anchor="_Toc237123592" w:history="1">
        <w:r w:rsidRPr="004529D6">
          <w:rPr>
            <w:rStyle w:val="Hyperlink"/>
            <w:noProof/>
          </w:rPr>
          <w:t>Front Matter Sequence</w:t>
        </w:r>
        <w:r>
          <w:rPr>
            <w:noProof/>
            <w:webHidden/>
          </w:rPr>
          <w:tab/>
        </w:r>
        <w:r>
          <w:rPr>
            <w:noProof/>
            <w:webHidden/>
          </w:rPr>
          <w:fldChar w:fldCharType="begin"/>
        </w:r>
        <w:r>
          <w:rPr>
            <w:noProof/>
            <w:webHidden/>
          </w:rPr>
          <w:instrText xml:space="preserve"> PAGEREF _Toc237123592 \h </w:instrText>
        </w:r>
        <w:r>
          <w:rPr>
            <w:noProof/>
            <w:webHidden/>
          </w:rPr>
        </w:r>
        <w:r>
          <w:rPr>
            <w:noProof/>
            <w:webHidden/>
          </w:rPr>
          <w:fldChar w:fldCharType="separate"/>
        </w:r>
        <w:r>
          <w:rPr>
            <w:noProof/>
            <w:webHidden/>
          </w:rPr>
          <w:t>1</w:t>
        </w:r>
        <w:r>
          <w:rPr>
            <w:noProof/>
            <w:webHidden/>
          </w:rPr>
          <w:fldChar w:fldCharType="end"/>
        </w:r>
      </w:hyperlink>
    </w:p>
    <w:p w14:paraId="0C86F5D7" w14:textId="77777777" w:rsidR="0070215D" w:rsidRDefault="0070215D">
      <w:pPr>
        <w:pStyle w:val="TOC1"/>
        <w:tabs>
          <w:tab w:val="right" w:leader="dot" w:pos="9595"/>
        </w:tabs>
        <w:rPr>
          <w:noProof/>
        </w:rPr>
      </w:pPr>
      <w:hyperlink w:anchor="_Toc237123593" w:history="1">
        <w:r w:rsidRPr="004529D6">
          <w:rPr>
            <w:rStyle w:val="Hyperlink"/>
            <w:noProof/>
          </w:rPr>
          <w:t>Editorial Foreword</w:t>
        </w:r>
        <w:r>
          <w:rPr>
            <w:noProof/>
            <w:webHidden/>
          </w:rPr>
          <w:tab/>
        </w:r>
        <w:r>
          <w:rPr>
            <w:noProof/>
            <w:webHidden/>
          </w:rPr>
          <w:fldChar w:fldCharType="begin"/>
        </w:r>
        <w:r>
          <w:rPr>
            <w:noProof/>
            <w:webHidden/>
          </w:rPr>
          <w:instrText xml:space="preserve"> PAGEREF _Toc237123593 \h </w:instrText>
        </w:r>
        <w:r>
          <w:rPr>
            <w:noProof/>
            <w:webHidden/>
          </w:rPr>
        </w:r>
        <w:r>
          <w:rPr>
            <w:noProof/>
            <w:webHidden/>
          </w:rPr>
          <w:fldChar w:fldCharType="separate"/>
        </w:r>
        <w:r>
          <w:rPr>
            <w:noProof/>
            <w:webHidden/>
          </w:rPr>
          <w:t>1</w:t>
        </w:r>
        <w:r>
          <w:rPr>
            <w:noProof/>
            <w:webHidden/>
          </w:rPr>
          <w:fldChar w:fldCharType="end"/>
        </w:r>
      </w:hyperlink>
    </w:p>
    <w:p w14:paraId="3091FDBE" w14:textId="77777777" w:rsidR="0070215D" w:rsidRDefault="0070215D">
      <w:pPr>
        <w:pStyle w:val="TOC2"/>
        <w:tabs>
          <w:tab w:val="right" w:leader="dot" w:pos="9595"/>
        </w:tabs>
        <w:rPr>
          <w:noProof/>
        </w:rPr>
      </w:pPr>
      <w:hyperlink w:anchor="_Toc237123594" w:history="1">
        <w:r w:rsidRPr="004529D6">
          <w:rPr>
            <w:rStyle w:val="Hyperlink"/>
            <w:noProof/>
          </w:rPr>
          <w:t>Suggested Closing Block</w:t>
        </w:r>
        <w:r>
          <w:rPr>
            <w:noProof/>
            <w:webHidden/>
          </w:rPr>
          <w:tab/>
        </w:r>
        <w:r>
          <w:rPr>
            <w:noProof/>
            <w:webHidden/>
          </w:rPr>
          <w:fldChar w:fldCharType="begin"/>
        </w:r>
        <w:r>
          <w:rPr>
            <w:noProof/>
            <w:webHidden/>
          </w:rPr>
          <w:instrText xml:space="preserve"> PAGEREF _Toc237123594 \h </w:instrText>
        </w:r>
        <w:r>
          <w:rPr>
            <w:noProof/>
            <w:webHidden/>
          </w:rPr>
        </w:r>
        <w:r>
          <w:rPr>
            <w:noProof/>
            <w:webHidden/>
          </w:rPr>
          <w:fldChar w:fldCharType="separate"/>
        </w:r>
        <w:r>
          <w:rPr>
            <w:noProof/>
            <w:webHidden/>
          </w:rPr>
          <w:t>1</w:t>
        </w:r>
        <w:r>
          <w:rPr>
            <w:noProof/>
            <w:webHidden/>
          </w:rPr>
          <w:fldChar w:fldCharType="end"/>
        </w:r>
      </w:hyperlink>
    </w:p>
    <w:p w14:paraId="6BC0242F" w14:textId="77777777" w:rsidR="0070215D" w:rsidRDefault="0070215D">
      <w:pPr>
        <w:pStyle w:val="TOC1"/>
        <w:tabs>
          <w:tab w:val="right" w:leader="dot" w:pos="9595"/>
        </w:tabs>
        <w:rPr>
          <w:noProof/>
        </w:rPr>
      </w:pPr>
      <w:hyperlink w:anchor="_Toc237123595" w:history="1">
        <w:r w:rsidRPr="004529D6">
          <w:rPr>
            <w:rStyle w:val="Hyperlink"/>
            <w:noProof/>
          </w:rPr>
          <w:t>Message from the Chief Host / Rector</w:t>
        </w:r>
        <w:r>
          <w:rPr>
            <w:noProof/>
            <w:webHidden/>
          </w:rPr>
          <w:tab/>
        </w:r>
        <w:r>
          <w:rPr>
            <w:noProof/>
            <w:webHidden/>
          </w:rPr>
          <w:fldChar w:fldCharType="begin"/>
        </w:r>
        <w:r>
          <w:rPr>
            <w:noProof/>
            <w:webHidden/>
          </w:rPr>
          <w:instrText xml:space="preserve"> PAGEREF _Toc237123595 \h </w:instrText>
        </w:r>
        <w:r>
          <w:rPr>
            <w:noProof/>
            <w:webHidden/>
          </w:rPr>
        </w:r>
        <w:r>
          <w:rPr>
            <w:noProof/>
            <w:webHidden/>
          </w:rPr>
          <w:fldChar w:fldCharType="separate"/>
        </w:r>
        <w:r>
          <w:rPr>
            <w:noProof/>
            <w:webHidden/>
          </w:rPr>
          <w:t>1</w:t>
        </w:r>
        <w:r>
          <w:rPr>
            <w:noProof/>
            <w:webHidden/>
          </w:rPr>
          <w:fldChar w:fldCharType="end"/>
        </w:r>
      </w:hyperlink>
    </w:p>
    <w:p w14:paraId="453907D3" w14:textId="77777777" w:rsidR="0070215D" w:rsidRDefault="0070215D">
      <w:pPr>
        <w:pStyle w:val="TOC1"/>
        <w:tabs>
          <w:tab w:val="right" w:leader="dot" w:pos="9595"/>
        </w:tabs>
        <w:rPr>
          <w:noProof/>
        </w:rPr>
      </w:pPr>
      <w:hyperlink w:anchor="_Toc237123596" w:history="1">
        <w:r w:rsidRPr="004529D6">
          <w:rPr>
            <w:rStyle w:val="Hyperlink"/>
            <w:noProof/>
          </w:rPr>
          <w:t>Welcome Address from the Host / Dean</w:t>
        </w:r>
        <w:r>
          <w:rPr>
            <w:noProof/>
            <w:webHidden/>
          </w:rPr>
          <w:tab/>
        </w:r>
        <w:r>
          <w:rPr>
            <w:noProof/>
            <w:webHidden/>
          </w:rPr>
          <w:fldChar w:fldCharType="begin"/>
        </w:r>
        <w:r>
          <w:rPr>
            <w:noProof/>
            <w:webHidden/>
          </w:rPr>
          <w:instrText xml:space="preserve"> PAGEREF _Toc237123596 \h </w:instrText>
        </w:r>
        <w:r>
          <w:rPr>
            <w:noProof/>
            <w:webHidden/>
          </w:rPr>
        </w:r>
        <w:r>
          <w:rPr>
            <w:noProof/>
            <w:webHidden/>
          </w:rPr>
          <w:fldChar w:fldCharType="separate"/>
        </w:r>
        <w:r>
          <w:rPr>
            <w:noProof/>
            <w:webHidden/>
          </w:rPr>
          <w:t>1</w:t>
        </w:r>
        <w:r>
          <w:rPr>
            <w:noProof/>
            <w:webHidden/>
          </w:rPr>
          <w:fldChar w:fldCharType="end"/>
        </w:r>
      </w:hyperlink>
    </w:p>
    <w:p w14:paraId="37EE0118" w14:textId="77777777" w:rsidR="0070215D" w:rsidRDefault="0070215D">
      <w:pPr>
        <w:pStyle w:val="TOC1"/>
        <w:tabs>
          <w:tab w:val="right" w:leader="dot" w:pos="9595"/>
        </w:tabs>
        <w:rPr>
          <w:noProof/>
        </w:rPr>
      </w:pPr>
      <w:hyperlink w:anchor="_Toc237123597" w:history="1">
        <w:r w:rsidRPr="004529D6">
          <w:rPr>
            <w:rStyle w:val="Hyperlink"/>
            <w:noProof/>
          </w:rPr>
          <w:t>Lead Paper Presenter</w:t>
        </w:r>
        <w:r>
          <w:rPr>
            <w:noProof/>
            <w:webHidden/>
          </w:rPr>
          <w:tab/>
        </w:r>
        <w:r>
          <w:rPr>
            <w:noProof/>
            <w:webHidden/>
          </w:rPr>
          <w:fldChar w:fldCharType="begin"/>
        </w:r>
        <w:r>
          <w:rPr>
            <w:noProof/>
            <w:webHidden/>
          </w:rPr>
          <w:instrText xml:space="preserve"> PAGEREF _Toc237123597 \h </w:instrText>
        </w:r>
        <w:r>
          <w:rPr>
            <w:noProof/>
            <w:webHidden/>
          </w:rPr>
        </w:r>
        <w:r>
          <w:rPr>
            <w:noProof/>
            <w:webHidden/>
          </w:rPr>
          <w:fldChar w:fldCharType="separate"/>
        </w:r>
        <w:r>
          <w:rPr>
            <w:noProof/>
            <w:webHidden/>
          </w:rPr>
          <w:t>1</w:t>
        </w:r>
        <w:r>
          <w:rPr>
            <w:noProof/>
            <w:webHidden/>
          </w:rPr>
          <w:fldChar w:fldCharType="end"/>
        </w:r>
      </w:hyperlink>
    </w:p>
    <w:p w14:paraId="40ACCE96" w14:textId="77777777" w:rsidR="0070215D" w:rsidRDefault="0070215D">
      <w:pPr>
        <w:pStyle w:val="TOC1"/>
        <w:tabs>
          <w:tab w:val="right" w:leader="dot" w:pos="9595"/>
        </w:tabs>
        <w:rPr>
          <w:noProof/>
        </w:rPr>
      </w:pPr>
      <w:hyperlink w:anchor="_Toc237123598" w:history="1">
        <w:r w:rsidRPr="004529D6">
          <w:rPr>
            <w:rStyle w:val="Hyperlink"/>
            <w:noProof/>
          </w:rPr>
          <w:t>Keynote Speaker</w:t>
        </w:r>
        <w:r>
          <w:rPr>
            <w:noProof/>
            <w:webHidden/>
          </w:rPr>
          <w:tab/>
        </w:r>
        <w:r>
          <w:rPr>
            <w:noProof/>
            <w:webHidden/>
          </w:rPr>
          <w:fldChar w:fldCharType="begin"/>
        </w:r>
        <w:r>
          <w:rPr>
            <w:noProof/>
            <w:webHidden/>
          </w:rPr>
          <w:instrText xml:space="preserve"> PAGEREF _Toc237123598 \h </w:instrText>
        </w:r>
        <w:r>
          <w:rPr>
            <w:noProof/>
            <w:webHidden/>
          </w:rPr>
        </w:r>
        <w:r>
          <w:rPr>
            <w:noProof/>
            <w:webHidden/>
          </w:rPr>
          <w:fldChar w:fldCharType="separate"/>
        </w:r>
        <w:r>
          <w:rPr>
            <w:noProof/>
            <w:webHidden/>
          </w:rPr>
          <w:t>1</w:t>
        </w:r>
        <w:r>
          <w:rPr>
            <w:noProof/>
            <w:webHidden/>
          </w:rPr>
          <w:fldChar w:fldCharType="end"/>
        </w:r>
      </w:hyperlink>
    </w:p>
    <w:p w14:paraId="407E144D" w14:textId="77777777" w:rsidR="0070215D" w:rsidRDefault="0070215D">
      <w:pPr>
        <w:pStyle w:val="TOC1"/>
        <w:tabs>
          <w:tab w:val="right" w:leader="dot" w:pos="9595"/>
        </w:tabs>
        <w:rPr>
          <w:noProof/>
        </w:rPr>
      </w:pPr>
      <w:hyperlink w:anchor="_Toc237123599" w:history="1">
        <w:r w:rsidRPr="004529D6">
          <w:rPr>
            <w:rStyle w:val="Hyperlink"/>
            <w:noProof/>
          </w:rPr>
          <w:t>Conference Leadership and Committees</w:t>
        </w:r>
        <w:r>
          <w:rPr>
            <w:noProof/>
            <w:webHidden/>
          </w:rPr>
          <w:tab/>
        </w:r>
        <w:r>
          <w:rPr>
            <w:noProof/>
            <w:webHidden/>
          </w:rPr>
          <w:fldChar w:fldCharType="begin"/>
        </w:r>
        <w:r>
          <w:rPr>
            <w:noProof/>
            <w:webHidden/>
          </w:rPr>
          <w:instrText xml:space="preserve"> PAGEREF _Toc237123599 \h </w:instrText>
        </w:r>
        <w:r>
          <w:rPr>
            <w:noProof/>
            <w:webHidden/>
          </w:rPr>
        </w:r>
        <w:r>
          <w:rPr>
            <w:noProof/>
            <w:webHidden/>
          </w:rPr>
          <w:fldChar w:fldCharType="separate"/>
        </w:r>
        <w:r>
          <w:rPr>
            <w:noProof/>
            <w:webHidden/>
          </w:rPr>
          <w:t>1</w:t>
        </w:r>
        <w:r>
          <w:rPr>
            <w:noProof/>
            <w:webHidden/>
          </w:rPr>
          <w:fldChar w:fldCharType="end"/>
        </w:r>
      </w:hyperlink>
    </w:p>
    <w:p w14:paraId="3FDDB693" w14:textId="77777777" w:rsidR="0070215D" w:rsidRDefault="0070215D">
      <w:pPr>
        <w:pStyle w:val="TOC2"/>
        <w:tabs>
          <w:tab w:val="right" w:leader="dot" w:pos="9595"/>
        </w:tabs>
        <w:rPr>
          <w:noProof/>
        </w:rPr>
      </w:pPr>
      <w:hyperlink w:anchor="_Toc237123600" w:history="1">
        <w:r w:rsidRPr="004529D6">
          <w:rPr>
            <w:rStyle w:val="Hyperlink"/>
            <w:noProof/>
          </w:rPr>
          <w:t>Acknowledgement of Partners and Sponsors</w:t>
        </w:r>
        <w:r>
          <w:rPr>
            <w:noProof/>
            <w:webHidden/>
          </w:rPr>
          <w:tab/>
        </w:r>
        <w:r>
          <w:rPr>
            <w:noProof/>
            <w:webHidden/>
          </w:rPr>
          <w:fldChar w:fldCharType="begin"/>
        </w:r>
        <w:r>
          <w:rPr>
            <w:noProof/>
            <w:webHidden/>
          </w:rPr>
          <w:instrText xml:space="preserve"> PAGEREF _Toc237123600 \h </w:instrText>
        </w:r>
        <w:r>
          <w:rPr>
            <w:noProof/>
            <w:webHidden/>
          </w:rPr>
        </w:r>
        <w:r>
          <w:rPr>
            <w:noProof/>
            <w:webHidden/>
          </w:rPr>
          <w:fldChar w:fldCharType="separate"/>
        </w:r>
        <w:r>
          <w:rPr>
            <w:noProof/>
            <w:webHidden/>
          </w:rPr>
          <w:t>1</w:t>
        </w:r>
        <w:r>
          <w:rPr>
            <w:noProof/>
            <w:webHidden/>
          </w:rPr>
          <w:fldChar w:fldCharType="end"/>
        </w:r>
      </w:hyperlink>
    </w:p>
    <w:p w14:paraId="37B1EEC2" w14:textId="77777777" w:rsidR="0070215D" w:rsidRDefault="0070215D">
      <w:pPr>
        <w:pStyle w:val="TOC1"/>
        <w:tabs>
          <w:tab w:val="right" w:leader="dot" w:pos="9595"/>
        </w:tabs>
        <w:rPr>
          <w:noProof/>
        </w:rPr>
      </w:pPr>
      <w:hyperlink w:anchor="_Toc237123601" w:history="1">
        <w:r w:rsidRPr="004529D6">
          <w:rPr>
            <w:rStyle w:val="Hyperlink"/>
            <w:noProof/>
          </w:rPr>
          <w:t>Conference at a Glance</w:t>
        </w:r>
        <w:r>
          <w:rPr>
            <w:noProof/>
            <w:webHidden/>
          </w:rPr>
          <w:tab/>
        </w:r>
        <w:r>
          <w:rPr>
            <w:noProof/>
            <w:webHidden/>
          </w:rPr>
          <w:fldChar w:fldCharType="begin"/>
        </w:r>
        <w:r>
          <w:rPr>
            <w:noProof/>
            <w:webHidden/>
          </w:rPr>
          <w:instrText xml:space="preserve"> PAGEREF _Toc237123601 \h </w:instrText>
        </w:r>
        <w:r>
          <w:rPr>
            <w:noProof/>
            <w:webHidden/>
          </w:rPr>
        </w:r>
        <w:r>
          <w:rPr>
            <w:noProof/>
            <w:webHidden/>
          </w:rPr>
          <w:fldChar w:fldCharType="separate"/>
        </w:r>
        <w:r>
          <w:rPr>
            <w:noProof/>
            <w:webHidden/>
          </w:rPr>
          <w:t>1</w:t>
        </w:r>
        <w:r>
          <w:rPr>
            <w:noProof/>
            <w:webHidden/>
          </w:rPr>
          <w:fldChar w:fldCharType="end"/>
        </w:r>
      </w:hyperlink>
    </w:p>
    <w:p w14:paraId="40215BA6" w14:textId="77777777" w:rsidR="0070215D" w:rsidRDefault="0070215D">
      <w:pPr>
        <w:pStyle w:val="TOC2"/>
        <w:tabs>
          <w:tab w:val="right" w:leader="dot" w:pos="9595"/>
        </w:tabs>
        <w:rPr>
          <w:noProof/>
        </w:rPr>
      </w:pPr>
      <w:hyperlink w:anchor="_Toc237123602" w:history="1">
        <w:r w:rsidRPr="004529D6">
          <w:rPr>
            <w:rStyle w:val="Hyperlink"/>
            <w:noProof/>
          </w:rPr>
          <w:t>Conference Information</w:t>
        </w:r>
        <w:r>
          <w:rPr>
            <w:noProof/>
            <w:webHidden/>
          </w:rPr>
          <w:tab/>
        </w:r>
        <w:r>
          <w:rPr>
            <w:noProof/>
            <w:webHidden/>
          </w:rPr>
          <w:fldChar w:fldCharType="begin"/>
        </w:r>
        <w:r>
          <w:rPr>
            <w:noProof/>
            <w:webHidden/>
          </w:rPr>
          <w:instrText xml:space="preserve"> PAGEREF _Toc237123602 \h </w:instrText>
        </w:r>
        <w:r>
          <w:rPr>
            <w:noProof/>
            <w:webHidden/>
          </w:rPr>
        </w:r>
        <w:r>
          <w:rPr>
            <w:noProof/>
            <w:webHidden/>
          </w:rPr>
          <w:fldChar w:fldCharType="separate"/>
        </w:r>
        <w:r>
          <w:rPr>
            <w:noProof/>
            <w:webHidden/>
          </w:rPr>
          <w:t>1</w:t>
        </w:r>
        <w:r>
          <w:rPr>
            <w:noProof/>
            <w:webHidden/>
          </w:rPr>
          <w:fldChar w:fldCharType="end"/>
        </w:r>
      </w:hyperlink>
    </w:p>
    <w:p w14:paraId="5AC5BA9B" w14:textId="77777777" w:rsidR="0070215D" w:rsidRDefault="0070215D">
      <w:pPr>
        <w:pStyle w:val="TOC1"/>
        <w:tabs>
          <w:tab w:val="right" w:leader="dot" w:pos="9595"/>
        </w:tabs>
        <w:rPr>
          <w:noProof/>
        </w:rPr>
      </w:pPr>
      <w:hyperlink w:anchor="_Toc237123603" w:history="1">
        <w:r w:rsidRPr="004529D6">
          <w:rPr>
            <w:rStyle w:val="Hyperlink"/>
            <w:noProof/>
          </w:rPr>
          <w:t>Detailed Conference Programme</w:t>
        </w:r>
        <w:r>
          <w:rPr>
            <w:noProof/>
            <w:webHidden/>
          </w:rPr>
          <w:tab/>
        </w:r>
        <w:r>
          <w:rPr>
            <w:noProof/>
            <w:webHidden/>
          </w:rPr>
          <w:fldChar w:fldCharType="begin"/>
        </w:r>
        <w:r>
          <w:rPr>
            <w:noProof/>
            <w:webHidden/>
          </w:rPr>
          <w:instrText xml:space="preserve"> PAGEREF _Toc237123603 \h </w:instrText>
        </w:r>
        <w:r>
          <w:rPr>
            <w:noProof/>
            <w:webHidden/>
          </w:rPr>
        </w:r>
        <w:r>
          <w:rPr>
            <w:noProof/>
            <w:webHidden/>
          </w:rPr>
          <w:fldChar w:fldCharType="separate"/>
        </w:r>
        <w:r>
          <w:rPr>
            <w:noProof/>
            <w:webHidden/>
          </w:rPr>
          <w:t>1</w:t>
        </w:r>
        <w:r>
          <w:rPr>
            <w:noProof/>
            <w:webHidden/>
          </w:rPr>
          <w:fldChar w:fldCharType="end"/>
        </w:r>
      </w:hyperlink>
    </w:p>
    <w:p w14:paraId="6E94BB33" w14:textId="77777777" w:rsidR="0070215D" w:rsidRDefault="0070215D">
      <w:pPr>
        <w:pStyle w:val="TOC2"/>
        <w:tabs>
          <w:tab w:val="right" w:leader="dot" w:pos="9595"/>
        </w:tabs>
        <w:rPr>
          <w:noProof/>
        </w:rPr>
      </w:pPr>
      <w:hyperlink w:anchor="_Toc237123604" w:history="1">
        <w:r w:rsidRPr="004529D6">
          <w:rPr>
            <w:rStyle w:val="Hyperlink"/>
            <w:noProof/>
          </w:rPr>
          <w:t>Day 1 — Sunday, 23 August 2026</w:t>
        </w:r>
        <w:r>
          <w:rPr>
            <w:noProof/>
            <w:webHidden/>
          </w:rPr>
          <w:tab/>
        </w:r>
        <w:r>
          <w:rPr>
            <w:noProof/>
            <w:webHidden/>
          </w:rPr>
          <w:fldChar w:fldCharType="begin"/>
        </w:r>
        <w:r>
          <w:rPr>
            <w:noProof/>
            <w:webHidden/>
          </w:rPr>
          <w:instrText xml:space="preserve"> PAGEREF _Toc237123604 \h </w:instrText>
        </w:r>
        <w:r>
          <w:rPr>
            <w:noProof/>
            <w:webHidden/>
          </w:rPr>
        </w:r>
        <w:r>
          <w:rPr>
            <w:noProof/>
            <w:webHidden/>
          </w:rPr>
          <w:fldChar w:fldCharType="separate"/>
        </w:r>
        <w:r>
          <w:rPr>
            <w:noProof/>
            <w:webHidden/>
          </w:rPr>
          <w:t>1</w:t>
        </w:r>
        <w:r>
          <w:rPr>
            <w:noProof/>
            <w:webHidden/>
          </w:rPr>
          <w:fldChar w:fldCharType="end"/>
        </w:r>
      </w:hyperlink>
    </w:p>
    <w:p w14:paraId="5ADE8D22" w14:textId="77777777" w:rsidR="0070215D" w:rsidRDefault="0070215D">
      <w:pPr>
        <w:pStyle w:val="TOC2"/>
        <w:tabs>
          <w:tab w:val="right" w:leader="dot" w:pos="9595"/>
        </w:tabs>
        <w:rPr>
          <w:noProof/>
        </w:rPr>
      </w:pPr>
      <w:hyperlink w:anchor="_Toc237123605" w:history="1">
        <w:r w:rsidRPr="004529D6">
          <w:rPr>
            <w:rStyle w:val="Hyperlink"/>
            <w:noProof/>
          </w:rPr>
          <w:t>Day 2 — Monday, 24 August 2026</w:t>
        </w:r>
        <w:r>
          <w:rPr>
            <w:noProof/>
            <w:webHidden/>
          </w:rPr>
          <w:tab/>
        </w:r>
        <w:r>
          <w:rPr>
            <w:noProof/>
            <w:webHidden/>
          </w:rPr>
          <w:fldChar w:fldCharType="begin"/>
        </w:r>
        <w:r>
          <w:rPr>
            <w:noProof/>
            <w:webHidden/>
          </w:rPr>
          <w:instrText xml:space="preserve"> PAGEREF _Toc237123605 \h </w:instrText>
        </w:r>
        <w:r>
          <w:rPr>
            <w:noProof/>
            <w:webHidden/>
          </w:rPr>
        </w:r>
        <w:r>
          <w:rPr>
            <w:noProof/>
            <w:webHidden/>
          </w:rPr>
          <w:fldChar w:fldCharType="separate"/>
        </w:r>
        <w:r>
          <w:rPr>
            <w:noProof/>
            <w:webHidden/>
          </w:rPr>
          <w:t>1</w:t>
        </w:r>
        <w:r>
          <w:rPr>
            <w:noProof/>
            <w:webHidden/>
          </w:rPr>
          <w:fldChar w:fldCharType="end"/>
        </w:r>
      </w:hyperlink>
    </w:p>
    <w:p w14:paraId="26D94A10" w14:textId="77777777" w:rsidR="0070215D" w:rsidRDefault="0070215D">
      <w:pPr>
        <w:pStyle w:val="TOC2"/>
        <w:tabs>
          <w:tab w:val="right" w:leader="dot" w:pos="9595"/>
        </w:tabs>
        <w:rPr>
          <w:noProof/>
        </w:rPr>
      </w:pPr>
      <w:hyperlink w:anchor="_Toc237123606" w:history="1">
        <w:r w:rsidRPr="004529D6">
          <w:rPr>
            <w:rStyle w:val="Hyperlink"/>
            <w:noProof/>
          </w:rPr>
          <w:t>Day 3 — Tuesday, 25 August 2026</w:t>
        </w:r>
        <w:r>
          <w:rPr>
            <w:noProof/>
            <w:webHidden/>
          </w:rPr>
          <w:tab/>
        </w:r>
        <w:r>
          <w:rPr>
            <w:noProof/>
            <w:webHidden/>
          </w:rPr>
          <w:fldChar w:fldCharType="begin"/>
        </w:r>
        <w:r>
          <w:rPr>
            <w:noProof/>
            <w:webHidden/>
          </w:rPr>
          <w:instrText xml:space="preserve"> PAGEREF _Toc237123606 \h </w:instrText>
        </w:r>
        <w:r>
          <w:rPr>
            <w:noProof/>
            <w:webHidden/>
          </w:rPr>
        </w:r>
        <w:r>
          <w:rPr>
            <w:noProof/>
            <w:webHidden/>
          </w:rPr>
          <w:fldChar w:fldCharType="separate"/>
        </w:r>
        <w:r>
          <w:rPr>
            <w:noProof/>
            <w:webHidden/>
          </w:rPr>
          <w:t>1</w:t>
        </w:r>
        <w:r>
          <w:rPr>
            <w:noProof/>
            <w:webHidden/>
          </w:rPr>
          <w:fldChar w:fldCharType="end"/>
        </w:r>
      </w:hyperlink>
    </w:p>
    <w:p w14:paraId="78FB1330" w14:textId="77777777" w:rsidR="0070215D" w:rsidRDefault="0070215D">
      <w:pPr>
        <w:pStyle w:val="TOC2"/>
        <w:tabs>
          <w:tab w:val="right" w:leader="dot" w:pos="9595"/>
        </w:tabs>
        <w:rPr>
          <w:noProof/>
        </w:rPr>
      </w:pPr>
      <w:hyperlink w:anchor="_Toc237123607" w:history="1">
        <w:r w:rsidRPr="004529D6">
          <w:rPr>
            <w:rStyle w:val="Hyperlink"/>
            <w:noProof/>
          </w:rPr>
          <w:t>Day 4 — Wednesday, 26 August 2026</w:t>
        </w:r>
        <w:r>
          <w:rPr>
            <w:noProof/>
            <w:webHidden/>
          </w:rPr>
          <w:tab/>
        </w:r>
        <w:r>
          <w:rPr>
            <w:noProof/>
            <w:webHidden/>
          </w:rPr>
          <w:fldChar w:fldCharType="begin"/>
        </w:r>
        <w:r>
          <w:rPr>
            <w:noProof/>
            <w:webHidden/>
          </w:rPr>
          <w:instrText xml:space="preserve"> PAGEREF _Toc237123607 \h </w:instrText>
        </w:r>
        <w:r>
          <w:rPr>
            <w:noProof/>
            <w:webHidden/>
          </w:rPr>
        </w:r>
        <w:r>
          <w:rPr>
            <w:noProof/>
            <w:webHidden/>
          </w:rPr>
          <w:fldChar w:fldCharType="separate"/>
        </w:r>
        <w:r>
          <w:rPr>
            <w:noProof/>
            <w:webHidden/>
          </w:rPr>
          <w:t>1</w:t>
        </w:r>
        <w:r>
          <w:rPr>
            <w:noProof/>
            <w:webHidden/>
          </w:rPr>
          <w:fldChar w:fldCharType="end"/>
        </w:r>
      </w:hyperlink>
    </w:p>
    <w:p w14:paraId="531C0E4D" w14:textId="77777777" w:rsidR="0070215D" w:rsidRDefault="0070215D">
      <w:pPr>
        <w:pStyle w:val="TOC1"/>
        <w:tabs>
          <w:tab w:val="right" w:leader="dot" w:pos="9595"/>
        </w:tabs>
        <w:rPr>
          <w:noProof/>
        </w:rPr>
      </w:pPr>
      <w:hyperlink w:anchor="_Toc237123608" w:history="1">
        <w:r w:rsidRPr="004529D6">
          <w:rPr>
            <w:rStyle w:val="Hyperlink"/>
            <w:noProof/>
          </w:rPr>
          <w:t>Technical Tracks and Sub-Themes</w:t>
        </w:r>
        <w:r>
          <w:rPr>
            <w:noProof/>
            <w:webHidden/>
          </w:rPr>
          <w:tab/>
        </w:r>
        <w:r>
          <w:rPr>
            <w:noProof/>
            <w:webHidden/>
          </w:rPr>
          <w:fldChar w:fldCharType="begin"/>
        </w:r>
        <w:r>
          <w:rPr>
            <w:noProof/>
            <w:webHidden/>
          </w:rPr>
          <w:instrText xml:space="preserve"> PAGEREF _Toc237123608 \h </w:instrText>
        </w:r>
        <w:r>
          <w:rPr>
            <w:noProof/>
            <w:webHidden/>
          </w:rPr>
        </w:r>
        <w:r>
          <w:rPr>
            <w:noProof/>
            <w:webHidden/>
          </w:rPr>
          <w:fldChar w:fldCharType="separate"/>
        </w:r>
        <w:r>
          <w:rPr>
            <w:noProof/>
            <w:webHidden/>
          </w:rPr>
          <w:t>1</w:t>
        </w:r>
        <w:r>
          <w:rPr>
            <w:noProof/>
            <w:webHidden/>
          </w:rPr>
          <w:fldChar w:fldCharType="end"/>
        </w:r>
      </w:hyperlink>
    </w:p>
    <w:p w14:paraId="765D6F2B" w14:textId="77777777" w:rsidR="0070215D" w:rsidRDefault="0070215D">
      <w:pPr>
        <w:pStyle w:val="TOC1"/>
        <w:tabs>
          <w:tab w:val="right" w:leader="dot" w:pos="9595"/>
        </w:tabs>
        <w:rPr>
          <w:noProof/>
        </w:rPr>
      </w:pPr>
      <w:hyperlink w:anchor="_Toc237123609" w:history="1">
        <w:r w:rsidRPr="004529D6">
          <w:rPr>
            <w:rStyle w:val="Hyperlink"/>
            <w:noProof/>
          </w:rPr>
          <w:t>List of Accepted Abstracts</w:t>
        </w:r>
        <w:r>
          <w:rPr>
            <w:noProof/>
            <w:webHidden/>
          </w:rPr>
          <w:tab/>
        </w:r>
        <w:r>
          <w:rPr>
            <w:noProof/>
            <w:webHidden/>
          </w:rPr>
          <w:fldChar w:fldCharType="begin"/>
        </w:r>
        <w:r>
          <w:rPr>
            <w:noProof/>
            <w:webHidden/>
          </w:rPr>
          <w:instrText xml:space="preserve"> PAGEREF _Toc237123609 \h </w:instrText>
        </w:r>
        <w:r>
          <w:rPr>
            <w:noProof/>
            <w:webHidden/>
          </w:rPr>
        </w:r>
        <w:r>
          <w:rPr>
            <w:noProof/>
            <w:webHidden/>
          </w:rPr>
          <w:fldChar w:fldCharType="separate"/>
        </w:r>
        <w:r>
          <w:rPr>
            <w:noProof/>
            <w:webHidden/>
          </w:rPr>
          <w:t>1</w:t>
        </w:r>
        <w:r>
          <w:rPr>
            <w:noProof/>
            <w:webHidden/>
          </w:rPr>
          <w:fldChar w:fldCharType="end"/>
        </w:r>
      </w:hyperlink>
    </w:p>
    <w:p w14:paraId="797EC498" w14:textId="77777777" w:rsidR="0070215D" w:rsidRDefault="0070215D">
      <w:pPr>
        <w:pStyle w:val="TOC1"/>
        <w:tabs>
          <w:tab w:val="right" w:leader="dot" w:pos="9595"/>
        </w:tabs>
        <w:rPr>
          <w:noProof/>
        </w:rPr>
      </w:pPr>
      <w:hyperlink w:anchor="_Toc237123610" w:history="1">
        <w:r w:rsidRPr="004529D6">
          <w:rPr>
            <w:rStyle w:val="Hyperlink"/>
            <w:noProof/>
          </w:rPr>
          <w:t>Automated Abstract Entry — Master Layout</w:t>
        </w:r>
        <w:r>
          <w:rPr>
            <w:noProof/>
            <w:webHidden/>
          </w:rPr>
          <w:tab/>
        </w:r>
        <w:r>
          <w:rPr>
            <w:noProof/>
            <w:webHidden/>
          </w:rPr>
          <w:fldChar w:fldCharType="begin"/>
        </w:r>
        <w:r>
          <w:rPr>
            <w:noProof/>
            <w:webHidden/>
          </w:rPr>
          <w:instrText xml:space="preserve"> PAGEREF _Toc237123610 \h </w:instrText>
        </w:r>
        <w:r>
          <w:rPr>
            <w:noProof/>
            <w:webHidden/>
          </w:rPr>
        </w:r>
        <w:r>
          <w:rPr>
            <w:noProof/>
            <w:webHidden/>
          </w:rPr>
          <w:fldChar w:fldCharType="separate"/>
        </w:r>
        <w:r>
          <w:rPr>
            <w:noProof/>
            <w:webHidden/>
          </w:rPr>
          <w:t>1</w:t>
        </w:r>
        <w:r>
          <w:rPr>
            <w:noProof/>
            <w:webHidden/>
          </w:rPr>
          <w:fldChar w:fldCharType="end"/>
        </w:r>
      </w:hyperlink>
    </w:p>
    <w:p w14:paraId="0F4904B7" w14:textId="77777777" w:rsidR="0070215D" w:rsidRDefault="0070215D">
      <w:pPr>
        <w:pStyle w:val="TOC1"/>
        <w:tabs>
          <w:tab w:val="right" w:leader="dot" w:pos="9595"/>
        </w:tabs>
        <w:rPr>
          <w:noProof/>
        </w:rPr>
      </w:pPr>
      <w:hyperlink w:anchor="_Toc237123611" w:history="1">
        <w:r w:rsidRPr="004529D6">
          <w:rPr>
            <w:rStyle w:val="Hyperlink"/>
            <w:noProof/>
          </w:rPr>
          <w:t>Abstract Import Data Specification</w:t>
        </w:r>
        <w:r>
          <w:rPr>
            <w:noProof/>
            <w:webHidden/>
          </w:rPr>
          <w:tab/>
        </w:r>
        <w:r>
          <w:rPr>
            <w:noProof/>
            <w:webHidden/>
          </w:rPr>
          <w:fldChar w:fldCharType="begin"/>
        </w:r>
        <w:r>
          <w:rPr>
            <w:noProof/>
            <w:webHidden/>
          </w:rPr>
          <w:instrText xml:space="preserve"> PAGEREF _Toc237123611 \h </w:instrText>
        </w:r>
        <w:r>
          <w:rPr>
            <w:noProof/>
            <w:webHidden/>
          </w:rPr>
        </w:r>
        <w:r>
          <w:rPr>
            <w:noProof/>
            <w:webHidden/>
          </w:rPr>
          <w:fldChar w:fldCharType="separate"/>
        </w:r>
        <w:r>
          <w:rPr>
            <w:noProof/>
            <w:webHidden/>
          </w:rPr>
          <w:t>1</w:t>
        </w:r>
        <w:r>
          <w:rPr>
            <w:noProof/>
            <w:webHidden/>
          </w:rPr>
          <w:fldChar w:fldCharType="end"/>
        </w:r>
      </w:hyperlink>
    </w:p>
    <w:p w14:paraId="7F469FF1" w14:textId="77777777" w:rsidR="0070215D" w:rsidRDefault="0070215D">
      <w:pPr>
        <w:pStyle w:val="TOC2"/>
        <w:tabs>
          <w:tab w:val="right" w:leader="dot" w:pos="9595"/>
        </w:tabs>
        <w:rPr>
          <w:noProof/>
        </w:rPr>
      </w:pPr>
      <w:hyperlink w:anchor="_Toc237123612" w:history="1">
        <w:r w:rsidRPr="004529D6">
          <w:rPr>
            <w:rStyle w:val="Hyperlink"/>
            <w:noProof/>
          </w:rPr>
          <w:t>Insertion and Quality-Control Rules</w:t>
        </w:r>
        <w:r>
          <w:rPr>
            <w:noProof/>
            <w:webHidden/>
          </w:rPr>
          <w:tab/>
        </w:r>
        <w:r>
          <w:rPr>
            <w:noProof/>
            <w:webHidden/>
          </w:rPr>
          <w:fldChar w:fldCharType="begin"/>
        </w:r>
        <w:r>
          <w:rPr>
            <w:noProof/>
            <w:webHidden/>
          </w:rPr>
          <w:instrText xml:space="preserve"> PAGEREF _Toc237123612 \h </w:instrText>
        </w:r>
        <w:r>
          <w:rPr>
            <w:noProof/>
            <w:webHidden/>
          </w:rPr>
        </w:r>
        <w:r>
          <w:rPr>
            <w:noProof/>
            <w:webHidden/>
          </w:rPr>
          <w:fldChar w:fldCharType="separate"/>
        </w:r>
        <w:r>
          <w:rPr>
            <w:noProof/>
            <w:webHidden/>
          </w:rPr>
          <w:t>1</w:t>
        </w:r>
        <w:r>
          <w:rPr>
            <w:noProof/>
            <w:webHidden/>
          </w:rPr>
          <w:fldChar w:fldCharType="end"/>
        </w:r>
      </w:hyperlink>
    </w:p>
    <w:p w14:paraId="5372DAFC" w14:textId="77777777" w:rsidR="0070215D" w:rsidRDefault="0070215D">
      <w:pPr>
        <w:pStyle w:val="TOC1"/>
        <w:tabs>
          <w:tab w:val="right" w:leader="dot" w:pos="9595"/>
        </w:tabs>
        <w:rPr>
          <w:noProof/>
        </w:rPr>
      </w:pPr>
      <w:hyperlink w:anchor="_Toc237123613" w:history="1">
        <w:r w:rsidRPr="004529D6">
          <w:rPr>
            <w:rStyle w:val="Hyperlink"/>
            <w:noProof/>
          </w:rPr>
          <w:t>Author Index</w:t>
        </w:r>
        <w:r>
          <w:rPr>
            <w:noProof/>
            <w:webHidden/>
          </w:rPr>
          <w:tab/>
        </w:r>
        <w:r>
          <w:rPr>
            <w:noProof/>
            <w:webHidden/>
          </w:rPr>
          <w:fldChar w:fldCharType="begin"/>
        </w:r>
        <w:r>
          <w:rPr>
            <w:noProof/>
            <w:webHidden/>
          </w:rPr>
          <w:instrText xml:space="preserve"> PAGEREF _Toc237123613 \h </w:instrText>
        </w:r>
        <w:r>
          <w:rPr>
            <w:noProof/>
            <w:webHidden/>
          </w:rPr>
        </w:r>
        <w:r>
          <w:rPr>
            <w:noProof/>
            <w:webHidden/>
          </w:rPr>
          <w:fldChar w:fldCharType="separate"/>
        </w:r>
        <w:r>
          <w:rPr>
            <w:noProof/>
            <w:webHidden/>
          </w:rPr>
          <w:t>1</w:t>
        </w:r>
        <w:r>
          <w:rPr>
            <w:noProof/>
            <w:webHidden/>
          </w:rPr>
          <w:fldChar w:fldCharType="end"/>
        </w:r>
      </w:hyperlink>
    </w:p>
    <w:p w14:paraId="7847C7E4" w14:textId="77777777" w:rsidR="0070215D" w:rsidRDefault="0070215D">
      <w:pPr>
        <w:pStyle w:val="TOC1"/>
        <w:tabs>
          <w:tab w:val="right" w:leader="dot" w:pos="9595"/>
        </w:tabs>
        <w:rPr>
          <w:noProof/>
        </w:rPr>
      </w:pPr>
      <w:hyperlink w:anchor="_Toc237123614" w:history="1">
        <w:r w:rsidRPr="004529D6">
          <w:rPr>
            <w:rStyle w:val="Hyperlink"/>
            <w:noProof/>
          </w:rPr>
          <w:t>Keyword Index</w:t>
        </w:r>
        <w:r>
          <w:rPr>
            <w:noProof/>
            <w:webHidden/>
          </w:rPr>
          <w:tab/>
        </w:r>
        <w:r>
          <w:rPr>
            <w:noProof/>
            <w:webHidden/>
          </w:rPr>
          <w:fldChar w:fldCharType="begin"/>
        </w:r>
        <w:r>
          <w:rPr>
            <w:noProof/>
            <w:webHidden/>
          </w:rPr>
          <w:instrText xml:space="preserve"> PAGEREF _Toc237123614 \h </w:instrText>
        </w:r>
        <w:r>
          <w:rPr>
            <w:noProof/>
            <w:webHidden/>
          </w:rPr>
        </w:r>
        <w:r>
          <w:rPr>
            <w:noProof/>
            <w:webHidden/>
          </w:rPr>
          <w:fldChar w:fldCharType="separate"/>
        </w:r>
        <w:r>
          <w:rPr>
            <w:noProof/>
            <w:webHidden/>
          </w:rPr>
          <w:t>1</w:t>
        </w:r>
        <w:r>
          <w:rPr>
            <w:noProof/>
            <w:webHidden/>
          </w:rPr>
          <w:fldChar w:fldCharType="end"/>
        </w:r>
      </w:hyperlink>
    </w:p>
    <w:p w14:paraId="74CC6791" w14:textId="77777777" w:rsidR="0070215D" w:rsidRDefault="0070215D">
      <w:pPr>
        <w:pStyle w:val="TOC1"/>
        <w:tabs>
          <w:tab w:val="right" w:leader="dot" w:pos="9595"/>
        </w:tabs>
        <w:rPr>
          <w:noProof/>
        </w:rPr>
      </w:pPr>
      <w:hyperlink w:anchor="_Toc237123615" w:history="1">
        <w:r w:rsidRPr="004529D6">
          <w:rPr>
            <w:rStyle w:val="Hyperlink"/>
            <w:noProof/>
          </w:rPr>
          <w:t>Submission ID Index</w:t>
        </w:r>
        <w:r>
          <w:rPr>
            <w:noProof/>
            <w:webHidden/>
          </w:rPr>
          <w:tab/>
        </w:r>
        <w:r>
          <w:rPr>
            <w:noProof/>
            <w:webHidden/>
          </w:rPr>
          <w:fldChar w:fldCharType="begin"/>
        </w:r>
        <w:r>
          <w:rPr>
            <w:noProof/>
            <w:webHidden/>
          </w:rPr>
          <w:instrText xml:space="preserve"> PAGEREF _Toc237123615 \h </w:instrText>
        </w:r>
        <w:r>
          <w:rPr>
            <w:noProof/>
            <w:webHidden/>
          </w:rPr>
        </w:r>
        <w:r>
          <w:rPr>
            <w:noProof/>
            <w:webHidden/>
          </w:rPr>
          <w:fldChar w:fldCharType="separate"/>
        </w:r>
        <w:r>
          <w:rPr>
            <w:noProof/>
            <w:webHidden/>
          </w:rPr>
          <w:t>1</w:t>
        </w:r>
        <w:r>
          <w:rPr>
            <w:noProof/>
            <w:webHidden/>
          </w:rPr>
          <w:fldChar w:fldCharType="end"/>
        </w:r>
      </w:hyperlink>
    </w:p>
    <w:p w14:paraId="60AE1BB0" w14:textId="77777777" w:rsidR="0070215D" w:rsidRDefault="0070215D">
      <w:pPr>
        <w:pStyle w:val="TOC1"/>
        <w:tabs>
          <w:tab w:val="right" w:leader="dot" w:pos="9595"/>
        </w:tabs>
        <w:rPr>
          <w:noProof/>
        </w:rPr>
      </w:pPr>
      <w:hyperlink w:anchor="_Toc237123616" w:history="1">
        <w:r w:rsidRPr="004529D6">
          <w:rPr>
            <w:rStyle w:val="Hyperlink"/>
            <w:noProof/>
          </w:rPr>
          <w:t>Final Production Checklist — Remove Before Publication</w:t>
        </w:r>
        <w:r>
          <w:rPr>
            <w:noProof/>
            <w:webHidden/>
          </w:rPr>
          <w:tab/>
        </w:r>
        <w:r>
          <w:rPr>
            <w:noProof/>
            <w:webHidden/>
          </w:rPr>
          <w:fldChar w:fldCharType="begin"/>
        </w:r>
        <w:r>
          <w:rPr>
            <w:noProof/>
            <w:webHidden/>
          </w:rPr>
          <w:instrText xml:space="preserve"> PAGEREF _Toc237123616 \h </w:instrText>
        </w:r>
        <w:r>
          <w:rPr>
            <w:noProof/>
            <w:webHidden/>
          </w:rPr>
        </w:r>
        <w:r>
          <w:rPr>
            <w:noProof/>
            <w:webHidden/>
          </w:rPr>
          <w:fldChar w:fldCharType="separate"/>
        </w:r>
        <w:r>
          <w:rPr>
            <w:noProof/>
            <w:webHidden/>
          </w:rPr>
          <w:t>1</w:t>
        </w:r>
        <w:r>
          <w:rPr>
            <w:noProof/>
            <w:webHidden/>
          </w:rPr>
          <w:fldChar w:fldCharType="end"/>
        </w:r>
      </w:hyperlink>
    </w:p>
    <w:p w14:paraId="12690C14" w14:textId="77777777" w:rsidR="00CF1076" w:rsidRDefault="00000000">
      <w:r>
        <w:rPr>
          <w:color w:val="5F6965"/>
          <w:sz w:val="17"/>
        </w:rPr>
        <w:fldChar w:fldCharType="end"/>
      </w:r>
    </w:p>
    <w:p w14:paraId="63010646" w14:textId="77777777" w:rsidR="00CF1076" w:rsidRDefault="00000000">
      <w:pPr>
        <w:pStyle w:val="Heading2"/>
      </w:pPr>
      <w:bookmarkStart w:id="3" w:name="_Toc237123592"/>
      <w:r>
        <w:t>Front Matter Sequence</w:t>
      </w:r>
      <w:bookmarkEnd w:id="3"/>
    </w:p>
    <w:p w14:paraId="395A8F4F" w14:textId="77777777" w:rsidR="00CF1076" w:rsidRDefault="00000000">
      <w:pPr>
        <w:pStyle w:val="ListNumber"/>
      </w:pPr>
      <w:r>
        <w:t>Publication Information</w:t>
      </w:r>
    </w:p>
    <w:p w14:paraId="6238A868" w14:textId="77777777" w:rsidR="00CF1076" w:rsidRDefault="00000000">
      <w:pPr>
        <w:pStyle w:val="ListNumber"/>
      </w:pPr>
      <w:r>
        <w:t>Editorial Foreword</w:t>
      </w:r>
    </w:p>
    <w:p w14:paraId="32A18E66" w14:textId="77777777" w:rsidR="00CF1076" w:rsidRDefault="00000000">
      <w:pPr>
        <w:pStyle w:val="ListNumber"/>
      </w:pPr>
      <w:r>
        <w:t>Message from the Chief Host / Rector</w:t>
      </w:r>
    </w:p>
    <w:p w14:paraId="7AE0B91D" w14:textId="77777777" w:rsidR="00CF1076" w:rsidRDefault="00000000">
      <w:pPr>
        <w:pStyle w:val="ListNumber"/>
      </w:pPr>
      <w:r>
        <w:t>Welcome Address from the Host / Dean</w:t>
      </w:r>
    </w:p>
    <w:p w14:paraId="1A2A9A7A" w14:textId="77777777" w:rsidR="00CF1076" w:rsidRDefault="00000000">
      <w:pPr>
        <w:pStyle w:val="ListNumber"/>
      </w:pPr>
      <w:r>
        <w:t>Lead Paper Presenter Profile</w:t>
      </w:r>
    </w:p>
    <w:p w14:paraId="6F75076B" w14:textId="77777777" w:rsidR="00CF1076" w:rsidRDefault="00000000">
      <w:pPr>
        <w:pStyle w:val="ListNumber"/>
      </w:pPr>
      <w:r>
        <w:t>Keynote Speaker Profile</w:t>
      </w:r>
    </w:p>
    <w:p w14:paraId="77AA908C" w14:textId="77777777" w:rsidR="00CF1076" w:rsidRDefault="00000000">
      <w:pPr>
        <w:pStyle w:val="ListNumber"/>
      </w:pPr>
      <w:r>
        <w:lastRenderedPageBreak/>
        <w:t>Conference Committees</w:t>
      </w:r>
    </w:p>
    <w:p w14:paraId="657854A7" w14:textId="77777777" w:rsidR="00CF1076" w:rsidRDefault="00000000">
      <w:pPr>
        <w:pStyle w:val="ListNumber"/>
      </w:pPr>
      <w:r>
        <w:t>Conference at a Glance</w:t>
      </w:r>
    </w:p>
    <w:p w14:paraId="54546601" w14:textId="77777777" w:rsidR="00CF1076" w:rsidRDefault="00000000">
      <w:pPr>
        <w:pStyle w:val="ListNumber"/>
      </w:pPr>
      <w:r>
        <w:t>Conference Programme</w:t>
      </w:r>
    </w:p>
    <w:p w14:paraId="44DA1E50" w14:textId="77777777" w:rsidR="00CF1076" w:rsidRDefault="00000000">
      <w:pPr>
        <w:pStyle w:val="ListNumber"/>
      </w:pPr>
      <w:r>
        <w:t>Technical Tracks and Accepted Abstracts</w:t>
      </w:r>
    </w:p>
    <w:p w14:paraId="7EC9B6C1" w14:textId="77777777" w:rsidR="00CF1076" w:rsidRDefault="00000000">
      <w:pPr>
        <w:pStyle w:val="ListNumber"/>
      </w:pPr>
      <w:r>
        <w:t>Author Index</w:t>
      </w:r>
    </w:p>
    <w:p w14:paraId="1B750632" w14:textId="77777777" w:rsidR="00CF1076" w:rsidRDefault="00000000">
      <w:pPr>
        <w:pStyle w:val="ListNumber"/>
      </w:pPr>
      <w:r>
        <w:t>Keyword Index</w:t>
      </w:r>
    </w:p>
    <w:p w14:paraId="737B7E35" w14:textId="77777777" w:rsidR="00CF1076" w:rsidRDefault="00000000">
      <w:pPr>
        <w:pStyle w:val="ListNumber"/>
      </w:pPr>
      <w:r>
        <w:t>Submission ID Index</w:t>
      </w:r>
    </w:p>
    <w:tbl>
      <w:tblPr>
        <w:tblW w:w="0" w:type="auto"/>
        <w:jc w:val="center"/>
        <w:tblLayout w:type="fixed"/>
        <w:tblLook w:val="04A0" w:firstRow="1" w:lastRow="0" w:firstColumn="1" w:lastColumn="0" w:noHBand="0" w:noVBand="1"/>
      </w:tblPr>
      <w:tblGrid>
        <w:gridCol w:w="9605"/>
      </w:tblGrid>
      <w:tr w:rsidR="00CF1076" w14:paraId="66E37C2E" w14:textId="77777777">
        <w:trPr>
          <w:jc w:val="center"/>
        </w:trPr>
        <w:tc>
          <w:tcPr>
            <w:tcW w:w="9605" w:type="dxa"/>
            <w:shd w:val="clear" w:color="auto" w:fill="E9F4EF"/>
            <w:tcMar>
              <w:top w:w="140" w:type="dxa"/>
              <w:left w:w="160" w:type="dxa"/>
              <w:bottom w:w="140" w:type="dxa"/>
              <w:right w:w="160" w:type="dxa"/>
            </w:tcMar>
          </w:tcPr>
          <w:p w14:paraId="63A5B37C" w14:textId="77777777" w:rsidR="00CF1076" w:rsidRDefault="00000000">
            <w:pPr>
              <w:spacing w:after="0"/>
            </w:pPr>
            <w:r>
              <w:rPr>
                <w:b/>
                <w:color w:val="075B45"/>
                <w:sz w:val="21"/>
              </w:rPr>
              <w:t xml:space="preserve">Automation marker.  </w:t>
            </w:r>
            <w:r>
              <w:rPr>
                <w:sz w:val="21"/>
              </w:rPr>
              <w:t>[[AUTO:CONTENTS]] is reserved for a generated detailed list containing abstract title, author(s), track, submission ID, and final page number.</w:t>
            </w:r>
          </w:p>
        </w:tc>
      </w:tr>
    </w:tbl>
    <w:p w14:paraId="401FCC46" w14:textId="77777777" w:rsidR="00CF1076" w:rsidRDefault="00CF1076">
      <w:pPr>
        <w:spacing w:after="0"/>
      </w:pPr>
    </w:p>
    <w:p w14:paraId="1EEC71EC" w14:textId="77777777" w:rsidR="00CF1076" w:rsidRDefault="00000000">
      <w:r>
        <w:br w:type="page"/>
      </w:r>
    </w:p>
    <w:p w14:paraId="6FDB3210" w14:textId="77777777" w:rsidR="00CF1076" w:rsidRDefault="00000000">
      <w:pPr>
        <w:pStyle w:val="Heading1"/>
      </w:pPr>
      <w:bookmarkStart w:id="4" w:name="_Toc237123593"/>
      <w:r>
        <w:lastRenderedPageBreak/>
        <w:t>Editorial Foreword</w:t>
      </w:r>
      <w:bookmarkEnd w:id="4"/>
    </w:p>
    <w:p w14:paraId="471C8D04" w14:textId="77777777" w:rsidR="00CF1076" w:rsidRDefault="00000000">
      <w:r>
        <w:rPr>
          <w:i/>
          <w:color w:val="5F6965"/>
        </w:rPr>
        <w:t>[Insert the approved Editorial Foreword from the Technical Programme Committee. Recommended length: 450–700 words. The foreword may describe the conference purpose, review and selection process, disciplinary breadth, academia–industry relevance, organisation of abstracts, and acknowledgements to authors, reviewers, institutional leadership, partners, and sponsors.]</w:t>
      </w:r>
    </w:p>
    <w:p w14:paraId="2D5AC060" w14:textId="77777777" w:rsidR="00CF1076" w:rsidRDefault="00000000">
      <w:pPr>
        <w:pStyle w:val="Heading2"/>
      </w:pPr>
      <w:bookmarkStart w:id="5" w:name="_Toc237123594"/>
      <w:r>
        <w:t>Suggested Closing Block</w:t>
      </w:r>
      <w:bookmarkEnd w:id="5"/>
    </w:p>
    <w:p w14:paraId="0D92E843" w14:textId="77777777" w:rsidR="00CF1076" w:rsidRDefault="00000000">
      <w:pPr>
        <w:spacing w:before="1600" w:after="40"/>
        <w:jc w:val="right"/>
      </w:pPr>
      <w:r>
        <w:rPr>
          <w:b/>
          <w:color w:val="075B45"/>
        </w:rPr>
        <w:t>The Technical Programme Committee</w:t>
      </w:r>
    </w:p>
    <w:p w14:paraId="57E50D75" w14:textId="77777777" w:rsidR="00CF1076" w:rsidRDefault="00000000">
      <w:pPr>
        <w:jc w:val="right"/>
      </w:pPr>
      <w:r>
        <w:rPr>
          <w:color w:val="5F6965"/>
          <w:sz w:val="20"/>
        </w:rPr>
        <w:t>ICONFST’26  •  23–26 August 2026</w:t>
      </w:r>
    </w:p>
    <w:tbl>
      <w:tblPr>
        <w:tblW w:w="0" w:type="auto"/>
        <w:jc w:val="center"/>
        <w:tblLayout w:type="fixed"/>
        <w:tblLook w:val="04A0" w:firstRow="1" w:lastRow="0" w:firstColumn="1" w:lastColumn="0" w:noHBand="0" w:noVBand="1"/>
      </w:tblPr>
      <w:tblGrid>
        <w:gridCol w:w="9605"/>
      </w:tblGrid>
      <w:tr w:rsidR="00CF1076" w14:paraId="49EE9BD2" w14:textId="77777777">
        <w:trPr>
          <w:jc w:val="center"/>
        </w:trPr>
        <w:tc>
          <w:tcPr>
            <w:tcW w:w="9605" w:type="dxa"/>
            <w:shd w:val="clear" w:color="auto" w:fill="E9F4EF"/>
            <w:tcMar>
              <w:top w:w="140" w:type="dxa"/>
              <w:left w:w="160" w:type="dxa"/>
              <w:bottom w:w="140" w:type="dxa"/>
              <w:right w:w="160" w:type="dxa"/>
            </w:tcMar>
          </w:tcPr>
          <w:p w14:paraId="09422769" w14:textId="77777777" w:rsidR="00CF1076" w:rsidRDefault="00000000">
            <w:pPr>
              <w:spacing w:after="0"/>
            </w:pPr>
            <w:r>
              <w:rPr>
                <w:b/>
                <w:color w:val="075B45"/>
                <w:sz w:val="21"/>
              </w:rPr>
              <w:t xml:space="preserve">Editorial note.  </w:t>
            </w:r>
            <w:r>
              <w:rPr>
                <w:sz w:val="21"/>
              </w:rPr>
              <w:t>Do not claim peer-review procedures, publication partnerships, indexing, or acceptance counts unless formally verified by the conference committee.</w:t>
            </w:r>
          </w:p>
        </w:tc>
      </w:tr>
    </w:tbl>
    <w:p w14:paraId="61DC955D" w14:textId="77777777" w:rsidR="00CF1076" w:rsidRDefault="00CF1076">
      <w:pPr>
        <w:spacing w:after="0"/>
      </w:pPr>
    </w:p>
    <w:p w14:paraId="665AF4F6" w14:textId="77777777" w:rsidR="00CF1076" w:rsidRDefault="00000000">
      <w:r>
        <w:br w:type="page"/>
      </w:r>
    </w:p>
    <w:p w14:paraId="4A747BF3" w14:textId="77777777" w:rsidR="00CF1076" w:rsidRDefault="00000000">
      <w:pPr>
        <w:spacing w:before="2200" w:after="240"/>
        <w:jc w:val="center"/>
      </w:pPr>
      <w:r>
        <w:rPr>
          <w:b/>
          <w:color w:val="B31824"/>
          <w:sz w:val="20"/>
        </w:rPr>
        <w:lastRenderedPageBreak/>
        <w:t>INSTITUTIONAL MESSAGE</w:t>
      </w:r>
    </w:p>
    <w:p w14:paraId="71C3F968" w14:textId="77777777" w:rsidR="00CF1076" w:rsidRDefault="00000000">
      <w:pPr>
        <w:pStyle w:val="Title"/>
        <w:jc w:val="center"/>
      </w:pPr>
      <w:r>
        <w:t>Message from the Chief Host</w:t>
      </w:r>
    </w:p>
    <w:p w14:paraId="06440CB6" w14:textId="77777777" w:rsidR="00CF1076" w:rsidRDefault="00000000">
      <w:pPr>
        <w:spacing w:after="360"/>
        <w:jc w:val="center"/>
      </w:pPr>
      <w:r>
        <w:rPr>
          <w:i/>
          <w:color w:val="5F6965"/>
          <w:sz w:val="24"/>
        </w:rPr>
        <w:t>Dr. Sanni Kehinde Oseni • Rector, The Gateway (ICT) Polytechnic Saapade</w:t>
      </w:r>
    </w:p>
    <w:p w14:paraId="7BA85464" w14:textId="77777777" w:rsidR="00CF1076" w:rsidRDefault="00000000">
      <w:pPr>
        <w:spacing w:after="80"/>
        <w:jc w:val="center"/>
      </w:pPr>
      <w:r>
        <w:rPr>
          <w:b/>
          <w:color w:val="075B45"/>
          <w:sz w:val="24"/>
        </w:rPr>
        <w:t>ICONFST’26</w:t>
      </w:r>
    </w:p>
    <w:p w14:paraId="03BA7BF7" w14:textId="77777777" w:rsidR="00CF1076" w:rsidRDefault="00000000">
      <w:pPr>
        <w:jc w:val="center"/>
      </w:pPr>
      <w:r>
        <w:rPr>
          <w:color w:val="5F6965"/>
          <w:sz w:val="20"/>
        </w:rPr>
        <w:t>23–26 August 2026  |  Saapade, Ogun State, Nigeria</w:t>
      </w:r>
    </w:p>
    <w:p w14:paraId="24325B1E" w14:textId="77777777" w:rsidR="00CF1076" w:rsidRDefault="00000000">
      <w:r>
        <w:br w:type="page"/>
      </w:r>
    </w:p>
    <w:p w14:paraId="3ADE6411" w14:textId="77777777" w:rsidR="00CF1076" w:rsidRDefault="00000000">
      <w:pPr>
        <w:pStyle w:val="Heading1"/>
      </w:pPr>
      <w:bookmarkStart w:id="6" w:name="_Toc237123595"/>
      <w:r>
        <w:lastRenderedPageBreak/>
        <w:t>Message from the Chief Host / Rector</w:t>
      </w:r>
      <w:bookmarkEnd w:id="6"/>
    </w:p>
    <w:p w14:paraId="00B1B5AC" w14:textId="77777777" w:rsidR="00CF1076" w:rsidRDefault="00000000">
      <w:r>
        <w:rPr>
          <w:i/>
          <w:color w:val="5F6965"/>
        </w:rPr>
        <w:t>[Insert the Rector’s approved message here. Suggested focus: institutional welcome, the significance of sustainable research, expectations for knowledge transfer, appreciation of participants, and formal opening or goodwill statement. Recommended length: 600–900 words.]</w:t>
      </w:r>
    </w:p>
    <w:p w14:paraId="3C9344A0" w14:textId="77777777" w:rsidR="00CF1076" w:rsidRDefault="00000000">
      <w:pPr>
        <w:spacing w:before="2400" w:after="40"/>
        <w:jc w:val="right"/>
      </w:pPr>
      <w:r>
        <w:rPr>
          <w:b/>
          <w:color w:val="075B45"/>
        </w:rPr>
        <w:t>Dr. Sanni Kehinde Oseni</w:t>
      </w:r>
    </w:p>
    <w:p w14:paraId="78BC905B" w14:textId="77777777" w:rsidR="00CF1076" w:rsidRDefault="00000000">
      <w:pPr>
        <w:jc w:val="right"/>
      </w:pPr>
      <w:r>
        <w:rPr>
          <w:color w:val="5F6965"/>
          <w:sz w:val="20"/>
        </w:rPr>
        <w:t>Rector, The Gateway (ICT) Polytechnic Saapade</w:t>
      </w:r>
    </w:p>
    <w:p w14:paraId="74FADD61" w14:textId="77777777" w:rsidR="00CF1076" w:rsidRDefault="00000000">
      <w:r>
        <w:br w:type="page"/>
      </w:r>
    </w:p>
    <w:p w14:paraId="570BC8D9" w14:textId="77777777" w:rsidR="00CF1076" w:rsidRDefault="00000000">
      <w:pPr>
        <w:pStyle w:val="Heading1"/>
      </w:pPr>
      <w:bookmarkStart w:id="7" w:name="_Toc237123596"/>
      <w:r>
        <w:lastRenderedPageBreak/>
        <w:t>Welcome Address from the Host / Dean</w:t>
      </w:r>
      <w:bookmarkEnd w:id="7"/>
    </w:p>
    <w:p w14:paraId="7A251B59" w14:textId="77777777" w:rsidR="00CF1076" w:rsidRDefault="00000000">
      <w:r>
        <w:rPr>
          <w:i/>
          <w:color w:val="5F6965"/>
        </w:rPr>
        <w:t>[Insert the approved welcome address from Mr. Eleyowo, I. O., Dean, School of Science and Technology. Suggested focus: interdisciplinary science and technology, connection between academia and industry, conference sub-themes, collaboration, commercialisation, and appreciation. Recommended length: 500–750 words.]</w:t>
      </w:r>
    </w:p>
    <w:p w14:paraId="7C972275" w14:textId="77777777" w:rsidR="00CF1076" w:rsidRDefault="00000000">
      <w:pPr>
        <w:spacing w:before="3200" w:after="40"/>
        <w:jc w:val="right"/>
      </w:pPr>
      <w:r>
        <w:rPr>
          <w:b/>
          <w:color w:val="075B45"/>
        </w:rPr>
        <w:t>Mr. Eleyowo, I. O.</w:t>
      </w:r>
    </w:p>
    <w:p w14:paraId="4D11EFE5" w14:textId="77777777" w:rsidR="00CF1076" w:rsidRDefault="00000000">
      <w:pPr>
        <w:jc w:val="right"/>
      </w:pPr>
      <w:r>
        <w:rPr>
          <w:color w:val="5F6965"/>
          <w:sz w:val="20"/>
        </w:rPr>
        <w:t>Dean, School of Science and Technology</w:t>
      </w:r>
    </w:p>
    <w:p w14:paraId="442CF4BD" w14:textId="77777777" w:rsidR="00CF1076" w:rsidRDefault="00000000">
      <w:r>
        <w:br w:type="page"/>
      </w:r>
    </w:p>
    <w:p w14:paraId="0BB5DA9E" w14:textId="77777777" w:rsidR="00CF1076" w:rsidRDefault="00000000">
      <w:pPr>
        <w:pStyle w:val="Heading1"/>
      </w:pPr>
      <w:bookmarkStart w:id="8" w:name="_Toc237123597"/>
      <w:r>
        <w:lastRenderedPageBreak/>
        <w:t>Lead Paper Presenter</w:t>
      </w:r>
      <w:bookmarkEnd w:id="8"/>
    </w:p>
    <w:tbl>
      <w:tblPr>
        <w:tblStyle w:val="TableGrid"/>
        <w:tblW w:w="0" w:type="auto"/>
        <w:jc w:val="center"/>
        <w:tblLayout w:type="fixed"/>
        <w:tblLook w:val="04A0" w:firstRow="1" w:lastRow="0" w:firstColumn="1" w:lastColumn="0" w:noHBand="0" w:noVBand="1"/>
      </w:tblPr>
      <w:tblGrid>
        <w:gridCol w:w="2376"/>
        <w:gridCol w:w="6912"/>
      </w:tblGrid>
      <w:tr w:rsidR="00CF1076" w14:paraId="325C997A" w14:textId="77777777">
        <w:trPr>
          <w:tblHeader/>
          <w:jc w:val="center"/>
        </w:trPr>
        <w:tc>
          <w:tcPr>
            <w:tcW w:w="2376" w:type="dxa"/>
            <w:shd w:val="clear" w:color="auto" w:fill="075B45"/>
            <w:tcMar>
              <w:top w:w="100" w:type="dxa"/>
              <w:left w:w="120" w:type="dxa"/>
              <w:bottom w:w="100" w:type="dxa"/>
              <w:right w:w="120" w:type="dxa"/>
            </w:tcMar>
            <w:vAlign w:val="center"/>
          </w:tcPr>
          <w:p w14:paraId="5A909EB6" w14:textId="77777777" w:rsidR="00CF1076" w:rsidRDefault="00000000">
            <w:pPr>
              <w:spacing w:after="0" w:line="252" w:lineRule="auto"/>
              <w:jc w:val="center"/>
            </w:pPr>
            <w:r>
              <w:rPr>
                <w:b/>
                <w:color w:val="FFFFFF"/>
                <w:sz w:val="19"/>
              </w:rPr>
              <w:t>Role</w:t>
            </w:r>
          </w:p>
        </w:tc>
        <w:tc>
          <w:tcPr>
            <w:tcW w:w="6912" w:type="dxa"/>
            <w:shd w:val="clear" w:color="auto" w:fill="075B45"/>
            <w:tcMar>
              <w:top w:w="100" w:type="dxa"/>
              <w:left w:w="120" w:type="dxa"/>
              <w:bottom w:w="100" w:type="dxa"/>
              <w:right w:w="120" w:type="dxa"/>
            </w:tcMar>
            <w:vAlign w:val="center"/>
          </w:tcPr>
          <w:p w14:paraId="7925989C" w14:textId="77777777" w:rsidR="00CF1076" w:rsidRDefault="00000000">
            <w:pPr>
              <w:spacing w:after="0" w:line="252" w:lineRule="auto"/>
              <w:jc w:val="center"/>
            </w:pPr>
            <w:r>
              <w:rPr>
                <w:b/>
                <w:color w:val="FFFFFF"/>
                <w:sz w:val="19"/>
              </w:rPr>
              <w:t>Confirmed information</w:t>
            </w:r>
          </w:p>
        </w:tc>
      </w:tr>
      <w:tr w:rsidR="00CF1076" w14:paraId="32B4237D" w14:textId="77777777">
        <w:trPr>
          <w:jc w:val="center"/>
        </w:trPr>
        <w:tc>
          <w:tcPr>
            <w:tcW w:w="2376" w:type="dxa"/>
            <w:tcMar>
              <w:top w:w="100" w:type="dxa"/>
              <w:left w:w="120" w:type="dxa"/>
              <w:bottom w:w="100" w:type="dxa"/>
              <w:right w:w="120" w:type="dxa"/>
            </w:tcMar>
            <w:vAlign w:val="center"/>
          </w:tcPr>
          <w:p w14:paraId="25789A17" w14:textId="77777777" w:rsidR="00CF1076" w:rsidRDefault="00000000">
            <w:pPr>
              <w:spacing w:after="0" w:line="252" w:lineRule="auto"/>
              <w:jc w:val="left"/>
            </w:pPr>
            <w:r>
              <w:rPr>
                <w:sz w:val="18"/>
              </w:rPr>
              <w:t>Name</w:t>
            </w:r>
          </w:p>
        </w:tc>
        <w:tc>
          <w:tcPr>
            <w:tcW w:w="6912" w:type="dxa"/>
            <w:tcMar>
              <w:top w:w="100" w:type="dxa"/>
              <w:left w:w="120" w:type="dxa"/>
              <w:bottom w:w="100" w:type="dxa"/>
              <w:right w:w="120" w:type="dxa"/>
            </w:tcMar>
            <w:vAlign w:val="center"/>
          </w:tcPr>
          <w:p w14:paraId="1EBC23BF" w14:textId="77777777" w:rsidR="00CF1076" w:rsidRDefault="00000000">
            <w:pPr>
              <w:spacing w:after="0" w:line="252" w:lineRule="auto"/>
              <w:jc w:val="left"/>
            </w:pPr>
            <w:r>
              <w:rPr>
                <w:sz w:val="18"/>
              </w:rPr>
              <w:t>Prof. Sojinu Olatunbosun Samuel</w:t>
            </w:r>
          </w:p>
        </w:tc>
      </w:tr>
      <w:tr w:rsidR="00CF1076" w14:paraId="60803A43" w14:textId="77777777">
        <w:trPr>
          <w:jc w:val="center"/>
        </w:trPr>
        <w:tc>
          <w:tcPr>
            <w:tcW w:w="2376" w:type="dxa"/>
            <w:shd w:val="clear" w:color="auto" w:fill="F4F7F5"/>
            <w:tcMar>
              <w:top w:w="100" w:type="dxa"/>
              <w:left w:w="120" w:type="dxa"/>
              <w:bottom w:w="100" w:type="dxa"/>
              <w:right w:w="120" w:type="dxa"/>
            </w:tcMar>
            <w:vAlign w:val="center"/>
          </w:tcPr>
          <w:p w14:paraId="43C248BA" w14:textId="77777777" w:rsidR="00CF1076" w:rsidRDefault="00000000">
            <w:pPr>
              <w:spacing w:after="0" w:line="252" w:lineRule="auto"/>
              <w:jc w:val="left"/>
            </w:pPr>
            <w:r>
              <w:rPr>
                <w:sz w:val="18"/>
              </w:rPr>
              <w:t>Designation</w:t>
            </w:r>
          </w:p>
        </w:tc>
        <w:tc>
          <w:tcPr>
            <w:tcW w:w="6912" w:type="dxa"/>
            <w:shd w:val="clear" w:color="auto" w:fill="F4F7F5"/>
            <w:tcMar>
              <w:top w:w="100" w:type="dxa"/>
              <w:left w:w="120" w:type="dxa"/>
              <w:bottom w:w="100" w:type="dxa"/>
              <w:right w:w="120" w:type="dxa"/>
            </w:tcMar>
            <w:vAlign w:val="center"/>
          </w:tcPr>
          <w:p w14:paraId="0F6CEB01" w14:textId="77777777" w:rsidR="00CF1076" w:rsidRDefault="00000000">
            <w:pPr>
              <w:spacing w:after="0" w:line="252" w:lineRule="auto"/>
              <w:jc w:val="left"/>
            </w:pPr>
            <w:r>
              <w:rPr>
                <w:sz w:val="18"/>
              </w:rPr>
              <w:t>Professor of Organic Geochemistry</w:t>
            </w:r>
          </w:p>
        </w:tc>
      </w:tr>
      <w:tr w:rsidR="00CF1076" w14:paraId="10F543A8" w14:textId="77777777">
        <w:trPr>
          <w:jc w:val="center"/>
        </w:trPr>
        <w:tc>
          <w:tcPr>
            <w:tcW w:w="2376" w:type="dxa"/>
            <w:tcMar>
              <w:top w:w="100" w:type="dxa"/>
              <w:left w:w="120" w:type="dxa"/>
              <w:bottom w:w="100" w:type="dxa"/>
              <w:right w:w="120" w:type="dxa"/>
            </w:tcMar>
            <w:vAlign w:val="center"/>
          </w:tcPr>
          <w:p w14:paraId="3247FF52" w14:textId="77777777" w:rsidR="00CF1076" w:rsidRDefault="00000000">
            <w:pPr>
              <w:spacing w:after="0" w:line="252" w:lineRule="auto"/>
              <w:jc w:val="left"/>
            </w:pPr>
            <w:r>
              <w:rPr>
                <w:sz w:val="18"/>
              </w:rPr>
              <w:t>Institutional role</w:t>
            </w:r>
          </w:p>
        </w:tc>
        <w:tc>
          <w:tcPr>
            <w:tcW w:w="6912" w:type="dxa"/>
            <w:tcMar>
              <w:top w:w="100" w:type="dxa"/>
              <w:left w:w="120" w:type="dxa"/>
              <w:bottom w:w="100" w:type="dxa"/>
              <w:right w:w="120" w:type="dxa"/>
            </w:tcMar>
            <w:vAlign w:val="center"/>
          </w:tcPr>
          <w:p w14:paraId="0F1AC49C" w14:textId="77777777" w:rsidR="00CF1076" w:rsidRDefault="00000000">
            <w:pPr>
              <w:spacing w:after="0" w:line="252" w:lineRule="auto"/>
              <w:jc w:val="left"/>
            </w:pPr>
            <w:r>
              <w:rPr>
                <w:sz w:val="18"/>
              </w:rPr>
              <w:t>Head, Department of Geology, Federal University of Agriculture, Abeokuta (FUNAAB)</w:t>
            </w:r>
          </w:p>
        </w:tc>
      </w:tr>
      <w:tr w:rsidR="00CF1076" w14:paraId="44C4882D" w14:textId="77777777">
        <w:trPr>
          <w:jc w:val="center"/>
        </w:trPr>
        <w:tc>
          <w:tcPr>
            <w:tcW w:w="2376" w:type="dxa"/>
            <w:shd w:val="clear" w:color="auto" w:fill="F4F7F5"/>
            <w:tcMar>
              <w:top w:w="100" w:type="dxa"/>
              <w:left w:w="120" w:type="dxa"/>
              <w:bottom w:w="100" w:type="dxa"/>
              <w:right w:w="120" w:type="dxa"/>
            </w:tcMar>
            <w:vAlign w:val="center"/>
          </w:tcPr>
          <w:p w14:paraId="2C31333D" w14:textId="77777777" w:rsidR="00CF1076" w:rsidRDefault="00000000">
            <w:pPr>
              <w:spacing w:after="0" w:line="252" w:lineRule="auto"/>
              <w:jc w:val="left"/>
            </w:pPr>
            <w:r>
              <w:rPr>
                <w:sz w:val="18"/>
              </w:rPr>
              <w:t>Paper title</w:t>
            </w:r>
          </w:p>
        </w:tc>
        <w:tc>
          <w:tcPr>
            <w:tcW w:w="6912" w:type="dxa"/>
            <w:shd w:val="clear" w:color="auto" w:fill="F4F7F5"/>
            <w:tcMar>
              <w:top w:w="100" w:type="dxa"/>
              <w:left w:w="120" w:type="dxa"/>
              <w:bottom w:w="100" w:type="dxa"/>
              <w:right w:w="120" w:type="dxa"/>
            </w:tcMar>
            <w:vAlign w:val="center"/>
          </w:tcPr>
          <w:p w14:paraId="76876F44" w14:textId="77777777" w:rsidR="00CF1076" w:rsidRDefault="00000000">
            <w:pPr>
              <w:spacing w:after="0" w:line="252" w:lineRule="auto"/>
              <w:jc w:val="left"/>
            </w:pPr>
            <w:r>
              <w:rPr>
                <w:sz w:val="18"/>
              </w:rPr>
              <w:t>[Insert approved lead-paper title]</w:t>
            </w:r>
          </w:p>
        </w:tc>
      </w:tr>
      <w:tr w:rsidR="00CF1076" w14:paraId="0946EAB1" w14:textId="77777777">
        <w:trPr>
          <w:jc w:val="center"/>
        </w:trPr>
        <w:tc>
          <w:tcPr>
            <w:tcW w:w="2376" w:type="dxa"/>
            <w:tcMar>
              <w:top w:w="100" w:type="dxa"/>
              <w:left w:w="120" w:type="dxa"/>
              <w:bottom w:w="100" w:type="dxa"/>
              <w:right w:w="120" w:type="dxa"/>
            </w:tcMar>
            <w:vAlign w:val="center"/>
          </w:tcPr>
          <w:p w14:paraId="42A90595" w14:textId="77777777" w:rsidR="00CF1076" w:rsidRDefault="00000000">
            <w:pPr>
              <w:spacing w:after="0" w:line="252" w:lineRule="auto"/>
              <w:jc w:val="left"/>
            </w:pPr>
            <w:r>
              <w:rPr>
                <w:sz w:val="18"/>
              </w:rPr>
              <w:t>Biography</w:t>
            </w:r>
          </w:p>
        </w:tc>
        <w:tc>
          <w:tcPr>
            <w:tcW w:w="6912" w:type="dxa"/>
            <w:tcMar>
              <w:top w:w="100" w:type="dxa"/>
              <w:left w:w="120" w:type="dxa"/>
              <w:bottom w:w="100" w:type="dxa"/>
              <w:right w:w="120" w:type="dxa"/>
            </w:tcMar>
            <w:vAlign w:val="center"/>
          </w:tcPr>
          <w:p w14:paraId="6947F9CC" w14:textId="77777777" w:rsidR="00CF1076" w:rsidRDefault="00000000">
            <w:pPr>
              <w:spacing w:after="0" w:line="252" w:lineRule="auto"/>
              <w:jc w:val="left"/>
            </w:pPr>
            <w:r>
              <w:rPr>
                <w:sz w:val="18"/>
              </w:rPr>
              <w:t>[Insert approved 150–250-word biography]</w:t>
            </w:r>
          </w:p>
        </w:tc>
      </w:tr>
      <w:tr w:rsidR="00CF1076" w14:paraId="5D5732B5" w14:textId="77777777">
        <w:trPr>
          <w:jc w:val="center"/>
        </w:trPr>
        <w:tc>
          <w:tcPr>
            <w:tcW w:w="2376" w:type="dxa"/>
            <w:shd w:val="clear" w:color="auto" w:fill="F4F7F5"/>
            <w:tcMar>
              <w:top w:w="100" w:type="dxa"/>
              <w:left w:w="120" w:type="dxa"/>
              <w:bottom w:w="100" w:type="dxa"/>
              <w:right w:w="120" w:type="dxa"/>
            </w:tcMar>
            <w:vAlign w:val="center"/>
          </w:tcPr>
          <w:p w14:paraId="00A64B24" w14:textId="77777777" w:rsidR="00CF1076" w:rsidRDefault="00000000">
            <w:pPr>
              <w:spacing w:after="0" w:line="252" w:lineRule="auto"/>
              <w:jc w:val="left"/>
            </w:pPr>
            <w:r>
              <w:rPr>
                <w:sz w:val="18"/>
              </w:rPr>
              <w:t>Photograph</w:t>
            </w:r>
          </w:p>
        </w:tc>
        <w:tc>
          <w:tcPr>
            <w:tcW w:w="6912" w:type="dxa"/>
            <w:shd w:val="clear" w:color="auto" w:fill="F4F7F5"/>
            <w:tcMar>
              <w:top w:w="100" w:type="dxa"/>
              <w:left w:w="120" w:type="dxa"/>
              <w:bottom w:w="100" w:type="dxa"/>
              <w:right w:w="120" w:type="dxa"/>
            </w:tcMar>
            <w:vAlign w:val="center"/>
          </w:tcPr>
          <w:p w14:paraId="069D5875" w14:textId="77777777" w:rsidR="00CF1076" w:rsidRDefault="00000000">
            <w:pPr>
              <w:spacing w:after="0" w:line="252" w:lineRule="auto"/>
              <w:jc w:val="left"/>
            </w:pPr>
            <w:r>
              <w:rPr>
                <w:sz w:val="18"/>
              </w:rPr>
              <w:t>[Insert approved high-resolution headshot with permission]</w:t>
            </w:r>
          </w:p>
        </w:tc>
      </w:tr>
    </w:tbl>
    <w:p w14:paraId="7541238C" w14:textId="77777777" w:rsidR="00CF1076" w:rsidRDefault="00CF1076">
      <w:pPr>
        <w:spacing w:after="0"/>
      </w:pPr>
    </w:p>
    <w:p w14:paraId="5EFDB1FC" w14:textId="77777777" w:rsidR="00CF1076" w:rsidRDefault="00000000">
      <w:pPr>
        <w:pStyle w:val="Heading1"/>
      </w:pPr>
      <w:bookmarkStart w:id="9" w:name="_Toc237123598"/>
      <w:r>
        <w:t>Keynote Speaker</w:t>
      </w:r>
      <w:bookmarkEnd w:id="9"/>
    </w:p>
    <w:tbl>
      <w:tblPr>
        <w:tblStyle w:val="TableGrid"/>
        <w:tblW w:w="0" w:type="auto"/>
        <w:jc w:val="center"/>
        <w:tblLayout w:type="fixed"/>
        <w:tblLook w:val="04A0" w:firstRow="1" w:lastRow="0" w:firstColumn="1" w:lastColumn="0" w:noHBand="0" w:noVBand="1"/>
      </w:tblPr>
      <w:tblGrid>
        <w:gridCol w:w="2376"/>
        <w:gridCol w:w="6912"/>
      </w:tblGrid>
      <w:tr w:rsidR="00CF1076" w14:paraId="40AEB97E" w14:textId="77777777">
        <w:trPr>
          <w:tblHeader/>
          <w:jc w:val="center"/>
        </w:trPr>
        <w:tc>
          <w:tcPr>
            <w:tcW w:w="2376" w:type="dxa"/>
            <w:shd w:val="clear" w:color="auto" w:fill="075B45"/>
            <w:tcMar>
              <w:top w:w="100" w:type="dxa"/>
              <w:left w:w="120" w:type="dxa"/>
              <w:bottom w:w="100" w:type="dxa"/>
              <w:right w:w="120" w:type="dxa"/>
            </w:tcMar>
            <w:vAlign w:val="center"/>
          </w:tcPr>
          <w:p w14:paraId="45A201C3" w14:textId="77777777" w:rsidR="00CF1076" w:rsidRDefault="00000000">
            <w:pPr>
              <w:spacing w:after="0" w:line="252" w:lineRule="auto"/>
              <w:jc w:val="center"/>
            </w:pPr>
            <w:r>
              <w:rPr>
                <w:b/>
                <w:color w:val="FFFFFF"/>
                <w:sz w:val="19"/>
              </w:rPr>
              <w:t>Role</w:t>
            </w:r>
          </w:p>
        </w:tc>
        <w:tc>
          <w:tcPr>
            <w:tcW w:w="6912" w:type="dxa"/>
            <w:shd w:val="clear" w:color="auto" w:fill="075B45"/>
            <w:tcMar>
              <w:top w:w="100" w:type="dxa"/>
              <w:left w:w="120" w:type="dxa"/>
              <w:bottom w:w="100" w:type="dxa"/>
              <w:right w:w="120" w:type="dxa"/>
            </w:tcMar>
            <w:vAlign w:val="center"/>
          </w:tcPr>
          <w:p w14:paraId="732A8149" w14:textId="77777777" w:rsidR="00CF1076" w:rsidRDefault="00000000">
            <w:pPr>
              <w:spacing w:after="0" w:line="252" w:lineRule="auto"/>
              <w:jc w:val="center"/>
            </w:pPr>
            <w:r>
              <w:rPr>
                <w:b/>
                <w:color w:val="FFFFFF"/>
                <w:sz w:val="19"/>
              </w:rPr>
              <w:t>Confirmed information</w:t>
            </w:r>
          </w:p>
        </w:tc>
      </w:tr>
      <w:tr w:rsidR="00CF1076" w14:paraId="59949B5B" w14:textId="77777777">
        <w:trPr>
          <w:jc w:val="center"/>
        </w:trPr>
        <w:tc>
          <w:tcPr>
            <w:tcW w:w="2376" w:type="dxa"/>
            <w:tcMar>
              <w:top w:w="100" w:type="dxa"/>
              <w:left w:w="120" w:type="dxa"/>
              <w:bottom w:w="100" w:type="dxa"/>
              <w:right w:w="120" w:type="dxa"/>
            </w:tcMar>
            <w:vAlign w:val="center"/>
          </w:tcPr>
          <w:p w14:paraId="0A0EE6E0" w14:textId="77777777" w:rsidR="00CF1076" w:rsidRDefault="00000000">
            <w:pPr>
              <w:spacing w:after="0" w:line="252" w:lineRule="auto"/>
              <w:jc w:val="left"/>
            </w:pPr>
            <w:r>
              <w:rPr>
                <w:sz w:val="18"/>
              </w:rPr>
              <w:t>Name</w:t>
            </w:r>
          </w:p>
        </w:tc>
        <w:tc>
          <w:tcPr>
            <w:tcW w:w="6912" w:type="dxa"/>
            <w:tcMar>
              <w:top w:w="100" w:type="dxa"/>
              <w:left w:w="120" w:type="dxa"/>
              <w:bottom w:w="100" w:type="dxa"/>
              <w:right w:w="120" w:type="dxa"/>
            </w:tcMar>
            <w:vAlign w:val="center"/>
          </w:tcPr>
          <w:p w14:paraId="78BBD984" w14:textId="77777777" w:rsidR="00CF1076" w:rsidRDefault="00000000">
            <w:pPr>
              <w:spacing w:after="0" w:line="252" w:lineRule="auto"/>
              <w:jc w:val="left"/>
            </w:pPr>
            <w:r>
              <w:rPr>
                <w:sz w:val="18"/>
              </w:rPr>
              <w:t>Engr. Dr. Rilwan Olaolu Oliyide</w:t>
            </w:r>
          </w:p>
        </w:tc>
      </w:tr>
      <w:tr w:rsidR="00CF1076" w14:paraId="37F27268" w14:textId="77777777">
        <w:trPr>
          <w:jc w:val="center"/>
        </w:trPr>
        <w:tc>
          <w:tcPr>
            <w:tcW w:w="2376" w:type="dxa"/>
            <w:shd w:val="clear" w:color="auto" w:fill="F4F7F5"/>
            <w:tcMar>
              <w:top w:w="100" w:type="dxa"/>
              <w:left w:w="120" w:type="dxa"/>
              <w:bottom w:w="100" w:type="dxa"/>
              <w:right w:w="120" w:type="dxa"/>
            </w:tcMar>
            <w:vAlign w:val="center"/>
          </w:tcPr>
          <w:p w14:paraId="3518DC62" w14:textId="77777777" w:rsidR="00CF1076" w:rsidRDefault="00000000">
            <w:pPr>
              <w:spacing w:after="0" w:line="252" w:lineRule="auto"/>
              <w:jc w:val="left"/>
            </w:pPr>
            <w:r>
              <w:rPr>
                <w:sz w:val="18"/>
              </w:rPr>
              <w:t>Qualifications</w:t>
            </w:r>
          </w:p>
        </w:tc>
        <w:tc>
          <w:tcPr>
            <w:tcW w:w="6912" w:type="dxa"/>
            <w:shd w:val="clear" w:color="auto" w:fill="F4F7F5"/>
            <w:tcMar>
              <w:top w:w="100" w:type="dxa"/>
              <w:left w:w="120" w:type="dxa"/>
              <w:bottom w:w="100" w:type="dxa"/>
              <w:right w:w="120" w:type="dxa"/>
            </w:tcMar>
            <w:vAlign w:val="center"/>
          </w:tcPr>
          <w:p w14:paraId="15CB6BC7" w14:textId="77777777" w:rsidR="00CF1076" w:rsidRDefault="00000000">
            <w:pPr>
              <w:spacing w:after="0" w:line="252" w:lineRule="auto"/>
              <w:jc w:val="left"/>
            </w:pPr>
            <w:r>
              <w:rPr>
                <w:sz w:val="18"/>
              </w:rPr>
              <w:t>B.Eng., M.Sc., Ph.D.</w:t>
            </w:r>
          </w:p>
        </w:tc>
      </w:tr>
      <w:tr w:rsidR="00CF1076" w14:paraId="6F43206C" w14:textId="77777777">
        <w:trPr>
          <w:jc w:val="center"/>
        </w:trPr>
        <w:tc>
          <w:tcPr>
            <w:tcW w:w="2376" w:type="dxa"/>
            <w:tcMar>
              <w:top w:w="100" w:type="dxa"/>
              <w:left w:w="120" w:type="dxa"/>
              <w:bottom w:w="100" w:type="dxa"/>
              <w:right w:w="120" w:type="dxa"/>
            </w:tcMar>
            <w:vAlign w:val="center"/>
          </w:tcPr>
          <w:p w14:paraId="6B1BD3B3" w14:textId="77777777" w:rsidR="00CF1076" w:rsidRDefault="00000000">
            <w:pPr>
              <w:spacing w:after="0" w:line="252" w:lineRule="auto"/>
              <w:jc w:val="left"/>
            </w:pPr>
            <w:r>
              <w:rPr>
                <w:sz w:val="18"/>
              </w:rPr>
              <w:t>Department</w:t>
            </w:r>
          </w:p>
        </w:tc>
        <w:tc>
          <w:tcPr>
            <w:tcW w:w="6912" w:type="dxa"/>
            <w:tcMar>
              <w:top w:w="100" w:type="dxa"/>
              <w:left w:w="120" w:type="dxa"/>
              <w:bottom w:w="100" w:type="dxa"/>
              <w:right w:w="120" w:type="dxa"/>
            </w:tcMar>
            <w:vAlign w:val="center"/>
          </w:tcPr>
          <w:p w14:paraId="259564A7" w14:textId="77777777" w:rsidR="00CF1076" w:rsidRDefault="00000000">
            <w:pPr>
              <w:spacing w:after="0" w:line="252" w:lineRule="auto"/>
              <w:jc w:val="left"/>
            </w:pPr>
            <w:r>
              <w:rPr>
                <w:sz w:val="18"/>
              </w:rPr>
              <w:t>Department of Electrical/Electronic Engineering, Moshood Abiola Polytechnic</w:t>
            </w:r>
          </w:p>
        </w:tc>
      </w:tr>
      <w:tr w:rsidR="00CF1076" w14:paraId="6ECA9B9D" w14:textId="77777777">
        <w:trPr>
          <w:jc w:val="center"/>
        </w:trPr>
        <w:tc>
          <w:tcPr>
            <w:tcW w:w="2376" w:type="dxa"/>
            <w:shd w:val="clear" w:color="auto" w:fill="F4F7F5"/>
            <w:tcMar>
              <w:top w:w="100" w:type="dxa"/>
              <w:left w:w="120" w:type="dxa"/>
              <w:bottom w:w="100" w:type="dxa"/>
              <w:right w:w="120" w:type="dxa"/>
            </w:tcMar>
            <w:vAlign w:val="center"/>
          </w:tcPr>
          <w:p w14:paraId="7D3FD38E" w14:textId="77777777" w:rsidR="00CF1076" w:rsidRDefault="00000000">
            <w:pPr>
              <w:spacing w:after="0" w:line="252" w:lineRule="auto"/>
              <w:jc w:val="left"/>
            </w:pPr>
            <w:r>
              <w:rPr>
                <w:sz w:val="18"/>
              </w:rPr>
              <w:t>Keynote title</w:t>
            </w:r>
          </w:p>
        </w:tc>
        <w:tc>
          <w:tcPr>
            <w:tcW w:w="6912" w:type="dxa"/>
            <w:shd w:val="clear" w:color="auto" w:fill="F4F7F5"/>
            <w:tcMar>
              <w:top w:w="100" w:type="dxa"/>
              <w:left w:w="120" w:type="dxa"/>
              <w:bottom w:w="100" w:type="dxa"/>
              <w:right w:w="120" w:type="dxa"/>
            </w:tcMar>
            <w:vAlign w:val="center"/>
          </w:tcPr>
          <w:p w14:paraId="14A3E666" w14:textId="77777777" w:rsidR="00CF1076" w:rsidRDefault="00000000">
            <w:pPr>
              <w:spacing w:after="0" w:line="252" w:lineRule="auto"/>
              <w:jc w:val="left"/>
            </w:pPr>
            <w:r>
              <w:rPr>
                <w:sz w:val="18"/>
              </w:rPr>
              <w:t>[Insert approved keynote title]</w:t>
            </w:r>
          </w:p>
        </w:tc>
      </w:tr>
      <w:tr w:rsidR="00CF1076" w14:paraId="3A715E4E" w14:textId="77777777">
        <w:trPr>
          <w:jc w:val="center"/>
        </w:trPr>
        <w:tc>
          <w:tcPr>
            <w:tcW w:w="2376" w:type="dxa"/>
            <w:tcMar>
              <w:top w:w="100" w:type="dxa"/>
              <w:left w:w="120" w:type="dxa"/>
              <w:bottom w:w="100" w:type="dxa"/>
              <w:right w:w="120" w:type="dxa"/>
            </w:tcMar>
            <w:vAlign w:val="center"/>
          </w:tcPr>
          <w:p w14:paraId="6DC0B797" w14:textId="77777777" w:rsidR="00CF1076" w:rsidRDefault="00000000">
            <w:pPr>
              <w:spacing w:after="0" w:line="252" w:lineRule="auto"/>
              <w:jc w:val="left"/>
            </w:pPr>
            <w:r>
              <w:rPr>
                <w:sz w:val="18"/>
              </w:rPr>
              <w:t>Biography</w:t>
            </w:r>
          </w:p>
        </w:tc>
        <w:tc>
          <w:tcPr>
            <w:tcW w:w="6912" w:type="dxa"/>
            <w:tcMar>
              <w:top w:w="100" w:type="dxa"/>
              <w:left w:w="120" w:type="dxa"/>
              <w:bottom w:w="100" w:type="dxa"/>
              <w:right w:w="120" w:type="dxa"/>
            </w:tcMar>
            <w:vAlign w:val="center"/>
          </w:tcPr>
          <w:p w14:paraId="155008E1" w14:textId="77777777" w:rsidR="00CF1076" w:rsidRDefault="00000000">
            <w:pPr>
              <w:spacing w:after="0" w:line="252" w:lineRule="auto"/>
              <w:jc w:val="left"/>
            </w:pPr>
            <w:r>
              <w:rPr>
                <w:sz w:val="18"/>
              </w:rPr>
              <w:t>[Insert approved 150–250-word biography]</w:t>
            </w:r>
          </w:p>
        </w:tc>
      </w:tr>
      <w:tr w:rsidR="00CF1076" w14:paraId="15DA31B0" w14:textId="77777777">
        <w:trPr>
          <w:jc w:val="center"/>
        </w:trPr>
        <w:tc>
          <w:tcPr>
            <w:tcW w:w="2376" w:type="dxa"/>
            <w:shd w:val="clear" w:color="auto" w:fill="F4F7F5"/>
            <w:tcMar>
              <w:top w:w="100" w:type="dxa"/>
              <w:left w:w="120" w:type="dxa"/>
              <w:bottom w:w="100" w:type="dxa"/>
              <w:right w:w="120" w:type="dxa"/>
            </w:tcMar>
            <w:vAlign w:val="center"/>
          </w:tcPr>
          <w:p w14:paraId="2A3BA384" w14:textId="77777777" w:rsidR="00CF1076" w:rsidRDefault="00000000">
            <w:pPr>
              <w:spacing w:after="0" w:line="252" w:lineRule="auto"/>
              <w:jc w:val="left"/>
            </w:pPr>
            <w:r>
              <w:rPr>
                <w:sz w:val="18"/>
              </w:rPr>
              <w:t>Photograph</w:t>
            </w:r>
          </w:p>
        </w:tc>
        <w:tc>
          <w:tcPr>
            <w:tcW w:w="6912" w:type="dxa"/>
            <w:shd w:val="clear" w:color="auto" w:fill="F4F7F5"/>
            <w:tcMar>
              <w:top w:w="100" w:type="dxa"/>
              <w:left w:w="120" w:type="dxa"/>
              <w:bottom w:w="100" w:type="dxa"/>
              <w:right w:w="120" w:type="dxa"/>
            </w:tcMar>
            <w:vAlign w:val="center"/>
          </w:tcPr>
          <w:p w14:paraId="4CFCB5E0" w14:textId="77777777" w:rsidR="00CF1076" w:rsidRDefault="00000000">
            <w:pPr>
              <w:spacing w:after="0" w:line="252" w:lineRule="auto"/>
              <w:jc w:val="left"/>
            </w:pPr>
            <w:r>
              <w:rPr>
                <w:sz w:val="18"/>
              </w:rPr>
              <w:t>[Insert approved high-resolution headshot with permission]</w:t>
            </w:r>
          </w:p>
        </w:tc>
      </w:tr>
    </w:tbl>
    <w:p w14:paraId="6EB0E236" w14:textId="77777777" w:rsidR="00CF1076" w:rsidRDefault="00CF1076">
      <w:pPr>
        <w:spacing w:after="0"/>
      </w:pPr>
    </w:p>
    <w:tbl>
      <w:tblPr>
        <w:tblW w:w="0" w:type="auto"/>
        <w:jc w:val="center"/>
        <w:tblLayout w:type="fixed"/>
        <w:tblLook w:val="04A0" w:firstRow="1" w:lastRow="0" w:firstColumn="1" w:lastColumn="0" w:noHBand="0" w:noVBand="1"/>
      </w:tblPr>
      <w:tblGrid>
        <w:gridCol w:w="9605"/>
      </w:tblGrid>
      <w:tr w:rsidR="00CF1076" w14:paraId="2C12EFA1" w14:textId="77777777">
        <w:trPr>
          <w:jc w:val="center"/>
        </w:trPr>
        <w:tc>
          <w:tcPr>
            <w:tcW w:w="9605" w:type="dxa"/>
            <w:shd w:val="clear" w:color="auto" w:fill="E9F4EF"/>
            <w:tcMar>
              <w:top w:w="140" w:type="dxa"/>
              <w:left w:w="160" w:type="dxa"/>
              <w:bottom w:w="140" w:type="dxa"/>
              <w:right w:w="160" w:type="dxa"/>
            </w:tcMar>
          </w:tcPr>
          <w:p w14:paraId="12E31114" w14:textId="77777777" w:rsidR="00CF1076" w:rsidRDefault="00000000">
            <w:pPr>
              <w:spacing w:after="0"/>
            </w:pPr>
            <w:r>
              <w:rPr>
                <w:b/>
                <w:color w:val="075B45"/>
                <w:sz w:val="21"/>
              </w:rPr>
              <w:t xml:space="preserve">Profile permissions.  </w:t>
            </w:r>
            <w:r>
              <w:rPr>
                <w:sz w:val="21"/>
              </w:rPr>
              <w:t>Confirm names, titles, affiliations, biographies, photographs, and presentation titles with each speaker before publication.</w:t>
            </w:r>
          </w:p>
        </w:tc>
      </w:tr>
    </w:tbl>
    <w:p w14:paraId="6D7FB247" w14:textId="77777777" w:rsidR="00CF1076" w:rsidRDefault="00CF1076">
      <w:pPr>
        <w:spacing w:after="0"/>
      </w:pPr>
    </w:p>
    <w:p w14:paraId="56E72FDF" w14:textId="77777777" w:rsidR="00CF1076" w:rsidRDefault="00000000">
      <w:r>
        <w:br w:type="page"/>
      </w:r>
    </w:p>
    <w:p w14:paraId="7E24755E" w14:textId="77777777" w:rsidR="00CF1076" w:rsidRDefault="00000000">
      <w:pPr>
        <w:pStyle w:val="Heading1"/>
      </w:pPr>
      <w:bookmarkStart w:id="10" w:name="_Toc237123599"/>
      <w:r>
        <w:lastRenderedPageBreak/>
        <w:t>Conference Leadership and Committees</w:t>
      </w:r>
      <w:bookmarkEnd w:id="10"/>
    </w:p>
    <w:tbl>
      <w:tblPr>
        <w:tblStyle w:val="TableGrid"/>
        <w:tblW w:w="0" w:type="auto"/>
        <w:jc w:val="center"/>
        <w:tblLayout w:type="fixed"/>
        <w:tblLook w:val="04A0" w:firstRow="1" w:lastRow="0" w:firstColumn="1" w:lastColumn="0" w:noHBand="0" w:noVBand="1"/>
      </w:tblPr>
      <w:tblGrid>
        <w:gridCol w:w="3096"/>
        <w:gridCol w:w="6192"/>
      </w:tblGrid>
      <w:tr w:rsidR="00CF1076" w14:paraId="65A6B2BF" w14:textId="77777777">
        <w:trPr>
          <w:tblHeader/>
          <w:jc w:val="center"/>
        </w:trPr>
        <w:tc>
          <w:tcPr>
            <w:tcW w:w="3096" w:type="dxa"/>
            <w:shd w:val="clear" w:color="auto" w:fill="075B45"/>
            <w:tcMar>
              <w:top w:w="100" w:type="dxa"/>
              <w:left w:w="120" w:type="dxa"/>
              <w:bottom w:w="100" w:type="dxa"/>
              <w:right w:w="120" w:type="dxa"/>
            </w:tcMar>
            <w:vAlign w:val="center"/>
          </w:tcPr>
          <w:p w14:paraId="57B7A4E9" w14:textId="77777777" w:rsidR="00CF1076" w:rsidRDefault="00000000">
            <w:pPr>
              <w:spacing w:after="0" w:line="252" w:lineRule="auto"/>
              <w:jc w:val="center"/>
            </w:pPr>
            <w:r>
              <w:rPr>
                <w:b/>
                <w:color w:val="FFFFFF"/>
                <w:sz w:val="19"/>
              </w:rPr>
              <w:t>Office</w:t>
            </w:r>
          </w:p>
        </w:tc>
        <w:tc>
          <w:tcPr>
            <w:tcW w:w="6192" w:type="dxa"/>
            <w:shd w:val="clear" w:color="auto" w:fill="075B45"/>
            <w:tcMar>
              <w:top w:w="100" w:type="dxa"/>
              <w:left w:w="120" w:type="dxa"/>
              <w:bottom w:w="100" w:type="dxa"/>
              <w:right w:w="120" w:type="dxa"/>
            </w:tcMar>
            <w:vAlign w:val="center"/>
          </w:tcPr>
          <w:p w14:paraId="3B3E71F6" w14:textId="77777777" w:rsidR="00CF1076" w:rsidRDefault="00000000">
            <w:pPr>
              <w:spacing w:after="0" w:line="252" w:lineRule="auto"/>
              <w:jc w:val="center"/>
            </w:pPr>
            <w:r>
              <w:rPr>
                <w:b/>
                <w:color w:val="FFFFFF"/>
                <w:sz w:val="19"/>
              </w:rPr>
              <w:t>Name / details</w:t>
            </w:r>
          </w:p>
        </w:tc>
      </w:tr>
      <w:tr w:rsidR="00CF1076" w14:paraId="4EF27964" w14:textId="77777777">
        <w:trPr>
          <w:jc w:val="center"/>
        </w:trPr>
        <w:tc>
          <w:tcPr>
            <w:tcW w:w="3096" w:type="dxa"/>
            <w:tcMar>
              <w:top w:w="100" w:type="dxa"/>
              <w:left w:w="120" w:type="dxa"/>
              <w:bottom w:w="100" w:type="dxa"/>
              <w:right w:w="120" w:type="dxa"/>
            </w:tcMar>
            <w:vAlign w:val="center"/>
          </w:tcPr>
          <w:p w14:paraId="4724350F" w14:textId="77777777" w:rsidR="00CF1076" w:rsidRDefault="00000000">
            <w:pPr>
              <w:spacing w:after="0" w:line="252" w:lineRule="auto"/>
              <w:jc w:val="left"/>
            </w:pPr>
            <w:r>
              <w:rPr>
                <w:sz w:val="18"/>
              </w:rPr>
              <w:t>Chief Host</w:t>
            </w:r>
          </w:p>
        </w:tc>
        <w:tc>
          <w:tcPr>
            <w:tcW w:w="6192" w:type="dxa"/>
            <w:tcMar>
              <w:top w:w="100" w:type="dxa"/>
              <w:left w:w="120" w:type="dxa"/>
              <w:bottom w:w="100" w:type="dxa"/>
              <w:right w:w="120" w:type="dxa"/>
            </w:tcMar>
            <w:vAlign w:val="center"/>
          </w:tcPr>
          <w:p w14:paraId="53145AF6" w14:textId="77777777" w:rsidR="00CF1076" w:rsidRDefault="00000000">
            <w:pPr>
              <w:spacing w:after="0" w:line="252" w:lineRule="auto"/>
              <w:jc w:val="left"/>
            </w:pPr>
            <w:r>
              <w:rPr>
                <w:sz w:val="18"/>
              </w:rPr>
              <w:t>Dr. Sanni Kehinde Oseni — Rector, The Gateway (ICT) Polytechnic Saapade</w:t>
            </w:r>
          </w:p>
        </w:tc>
      </w:tr>
      <w:tr w:rsidR="00CF1076" w14:paraId="3E2D5D6F" w14:textId="77777777">
        <w:trPr>
          <w:jc w:val="center"/>
        </w:trPr>
        <w:tc>
          <w:tcPr>
            <w:tcW w:w="3096" w:type="dxa"/>
            <w:shd w:val="clear" w:color="auto" w:fill="F4F7F5"/>
            <w:tcMar>
              <w:top w:w="100" w:type="dxa"/>
              <w:left w:w="120" w:type="dxa"/>
              <w:bottom w:w="100" w:type="dxa"/>
              <w:right w:w="120" w:type="dxa"/>
            </w:tcMar>
            <w:vAlign w:val="center"/>
          </w:tcPr>
          <w:p w14:paraId="4727CBFE" w14:textId="77777777" w:rsidR="00CF1076" w:rsidRDefault="00000000">
            <w:pPr>
              <w:spacing w:after="0" w:line="252" w:lineRule="auto"/>
              <w:jc w:val="left"/>
            </w:pPr>
            <w:r>
              <w:rPr>
                <w:sz w:val="18"/>
              </w:rPr>
              <w:t>Host</w:t>
            </w:r>
          </w:p>
        </w:tc>
        <w:tc>
          <w:tcPr>
            <w:tcW w:w="6192" w:type="dxa"/>
            <w:shd w:val="clear" w:color="auto" w:fill="F4F7F5"/>
            <w:tcMar>
              <w:top w:w="100" w:type="dxa"/>
              <w:left w:w="120" w:type="dxa"/>
              <w:bottom w:w="100" w:type="dxa"/>
              <w:right w:w="120" w:type="dxa"/>
            </w:tcMar>
            <w:vAlign w:val="center"/>
          </w:tcPr>
          <w:p w14:paraId="5CC9A0DE" w14:textId="77777777" w:rsidR="00CF1076" w:rsidRDefault="00000000">
            <w:pPr>
              <w:spacing w:after="0" w:line="252" w:lineRule="auto"/>
              <w:jc w:val="left"/>
            </w:pPr>
            <w:r>
              <w:rPr>
                <w:sz w:val="18"/>
              </w:rPr>
              <w:t>Mr. Eleyowo, I. O. — Dean, School of Science and Technology</w:t>
            </w:r>
          </w:p>
        </w:tc>
      </w:tr>
      <w:tr w:rsidR="00CF1076" w14:paraId="15057FF0" w14:textId="77777777">
        <w:trPr>
          <w:jc w:val="center"/>
        </w:trPr>
        <w:tc>
          <w:tcPr>
            <w:tcW w:w="3096" w:type="dxa"/>
            <w:tcMar>
              <w:top w:w="100" w:type="dxa"/>
              <w:left w:w="120" w:type="dxa"/>
              <w:bottom w:w="100" w:type="dxa"/>
              <w:right w:w="120" w:type="dxa"/>
            </w:tcMar>
            <w:vAlign w:val="center"/>
          </w:tcPr>
          <w:p w14:paraId="6D663DAB" w14:textId="77777777" w:rsidR="00CF1076" w:rsidRDefault="00000000">
            <w:pPr>
              <w:spacing w:after="0" w:line="252" w:lineRule="auto"/>
              <w:jc w:val="left"/>
            </w:pPr>
            <w:r>
              <w:rPr>
                <w:sz w:val="18"/>
              </w:rPr>
              <w:t>Chairman, Local Organising Committee</w:t>
            </w:r>
          </w:p>
        </w:tc>
        <w:tc>
          <w:tcPr>
            <w:tcW w:w="6192" w:type="dxa"/>
            <w:tcMar>
              <w:top w:w="100" w:type="dxa"/>
              <w:left w:w="120" w:type="dxa"/>
              <w:bottom w:w="100" w:type="dxa"/>
              <w:right w:w="120" w:type="dxa"/>
            </w:tcMar>
            <w:vAlign w:val="center"/>
          </w:tcPr>
          <w:p w14:paraId="0658BADE" w14:textId="77777777" w:rsidR="00CF1076" w:rsidRDefault="00000000">
            <w:pPr>
              <w:spacing w:after="0" w:line="252" w:lineRule="auto"/>
              <w:jc w:val="left"/>
            </w:pPr>
            <w:r>
              <w:rPr>
                <w:sz w:val="18"/>
              </w:rPr>
              <w:t>Mr. Olujimi O. Oni — Chairman, School of Science and Technology Conference Committee</w:t>
            </w:r>
          </w:p>
        </w:tc>
      </w:tr>
      <w:tr w:rsidR="00CF1076" w14:paraId="2B0752A7" w14:textId="77777777">
        <w:trPr>
          <w:jc w:val="center"/>
        </w:trPr>
        <w:tc>
          <w:tcPr>
            <w:tcW w:w="3096" w:type="dxa"/>
            <w:shd w:val="clear" w:color="auto" w:fill="F4F7F5"/>
            <w:tcMar>
              <w:top w:w="100" w:type="dxa"/>
              <w:left w:w="120" w:type="dxa"/>
              <w:bottom w:w="100" w:type="dxa"/>
              <w:right w:w="120" w:type="dxa"/>
            </w:tcMar>
            <w:vAlign w:val="center"/>
          </w:tcPr>
          <w:p w14:paraId="0F09D0E3" w14:textId="77777777" w:rsidR="00CF1076" w:rsidRDefault="00000000">
            <w:pPr>
              <w:spacing w:after="0" w:line="252" w:lineRule="auto"/>
              <w:jc w:val="left"/>
            </w:pPr>
            <w:r>
              <w:rPr>
                <w:sz w:val="18"/>
              </w:rPr>
              <w:t>Technical Programme Committee</w:t>
            </w:r>
          </w:p>
        </w:tc>
        <w:tc>
          <w:tcPr>
            <w:tcW w:w="6192" w:type="dxa"/>
            <w:shd w:val="clear" w:color="auto" w:fill="F4F7F5"/>
            <w:tcMar>
              <w:top w:w="100" w:type="dxa"/>
              <w:left w:w="120" w:type="dxa"/>
              <w:bottom w:w="100" w:type="dxa"/>
              <w:right w:w="120" w:type="dxa"/>
            </w:tcMar>
            <w:vAlign w:val="center"/>
          </w:tcPr>
          <w:p w14:paraId="069F5EDF" w14:textId="77777777" w:rsidR="00CF1076" w:rsidRDefault="00000000">
            <w:pPr>
              <w:spacing w:after="0" w:line="252" w:lineRule="auto"/>
              <w:jc w:val="left"/>
            </w:pPr>
            <w:r>
              <w:rPr>
                <w:sz w:val="18"/>
              </w:rPr>
              <w:t>[Insert Chair and members]</w:t>
            </w:r>
          </w:p>
        </w:tc>
      </w:tr>
      <w:tr w:rsidR="00CF1076" w14:paraId="1931705E" w14:textId="77777777">
        <w:trPr>
          <w:jc w:val="center"/>
        </w:trPr>
        <w:tc>
          <w:tcPr>
            <w:tcW w:w="3096" w:type="dxa"/>
            <w:tcMar>
              <w:top w:w="100" w:type="dxa"/>
              <w:left w:w="120" w:type="dxa"/>
              <w:bottom w:w="100" w:type="dxa"/>
              <w:right w:w="120" w:type="dxa"/>
            </w:tcMar>
            <w:vAlign w:val="center"/>
          </w:tcPr>
          <w:p w14:paraId="52FA88A3" w14:textId="77777777" w:rsidR="00CF1076" w:rsidRDefault="00000000">
            <w:pPr>
              <w:spacing w:after="0" w:line="252" w:lineRule="auto"/>
              <w:jc w:val="left"/>
            </w:pPr>
            <w:r>
              <w:rPr>
                <w:sz w:val="18"/>
              </w:rPr>
              <w:t>Editorial Committee</w:t>
            </w:r>
          </w:p>
        </w:tc>
        <w:tc>
          <w:tcPr>
            <w:tcW w:w="6192" w:type="dxa"/>
            <w:tcMar>
              <w:top w:w="100" w:type="dxa"/>
              <w:left w:w="120" w:type="dxa"/>
              <w:bottom w:w="100" w:type="dxa"/>
              <w:right w:w="120" w:type="dxa"/>
            </w:tcMar>
            <w:vAlign w:val="center"/>
          </w:tcPr>
          <w:p w14:paraId="7058C95A" w14:textId="77777777" w:rsidR="00CF1076" w:rsidRDefault="00000000">
            <w:pPr>
              <w:spacing w:after="0" w:line="252" w:lineRule="auto"/>
              <w:jc w:val="left"/>
            </w:pPr>
            <w:r>
              <w:rPr>
                <w:sz w:val="18"/>
              </w:rPr>
              <w:t>[Insert Editor-in-Chief and members]</w:t>
            </w:r>
          </w:p>
        </w:tc>
      </w:tr>
      <w:tr w:rsidR="00CF1076" w14:paraId="44B78F89" w14:textId="77777777">
        <w:trPr>
          <w:jc w:val="center"/>
        </w:trPr>
        <w:tc>
          <w:tcPr>
            <w:tcW w:w="3096" w:type="dxa"/>
            <w:shd w:val="clear" w:color="auto" w:fill="F4F7F5"/>
            <w:tcMar>
              <w:top w:w="100" w:type="dxa"/>
              <w:left w:w="120" w:type="dxa"/>
              <w:bottom w:w="100" w:type="dxa"/>
              <w:right w:w="120" w:type="dxa"/>
            </w:tcMar>
            <w:vAlign w:val="center"/>
          </w:tcPr>
          <w:p w14:paraId="18B08491" w14:textId="77777777" w:rsidR="00CF1076" w:rsidRDefault="00000000">
            <w:pPr>
              <w:spacing w:after="0" w:line="252" w:lineRule="auto"/>
              <w:jc w:val="left"/>
            </w:pPr>
            <w:r>
              <w:rPr>
                <w:sz w:val="18"/>
              </w:rPr>
              <w:t>Review Committee</w:t>
            </w:r>
          </w:p>
        </w:tc>
        <w:tc>
          <w:tcPr>
            <w:tcW w:w="6192" w:type="dxa"/>
            <w:shd w:val="clear" w:color="auto" w:fill="F4F7F5"/>
            <w:tcMar>
              <w:top w:w="100" w:type="dxa"/>
              <w:left w:w="120" w:type="dxa"/>
              <w:bottom w:w="100" w:type="dxa"/>
              <w:right w:w="120" w:type="dxa"/>
            </w:tcMar>
            <w:vAlign w:val="center"/>
          </w:tcPr>
          <w:p w14:paraId="46DA6DEA" w14:textId="77777777" w:rsidR="00CF1076" w:rsidRDefault="00000000">
            <w:pPr>
              <w:spacing w:after="0" w:line="252" w:lineRule="auto"/>
              <w:jc w:val="left"/>
            </w:pPr>
            <w:r>
              <w:rPr>
                <w:sz w:val="18"/>
              </w:rPr>
              <w:t>[Insert Track Chairs and reviewers, subject to consent]</w:t>
            </w:r>
          </w:p>
        </w:tc>
      </w:tr>
      <w:tr w:rsidR="00CF1076" w14:paraId="67203678" w14:textId="77777777">
        <w:trPr>
          <w:jc w:val="center"/>
        </w:trPr>
        <w:tc>
          <w:tcPr>
            <w:tcW w:w="3096" w:type="dxa"/>
            <w:tcMar>
              <w:top w:w="100" w:type="dxa"/>
              <w:left w:w="120" w:type="dxa"/>
              <w:bottom w:w="100" w:type="dxa"/>
              <w:right w:w="120" w:type="dxa"/>
            </w:tcMar>
            <w:vAlign w:val="center"/>
          </w:tcPr>
          <w:p w14:paraId="510A5954" w14:textId="77777777" w:rsidR="00CF1076" w:rsidRDefault="00000000">
            <w:pPr>
              <w:spacing w:after="0" w:line="252" w:lineRule="auto"/>
              <w:jc w:val="left"/>
            </w:pPr>
            <w:r>
              <w:rPr>
                <w:sz w:val="18"/>
              </w:rPr>
              <w:t>Secretariat</w:t>
            </w:r>
          </w:p>
        </w:tc>
        <w:tc>
          <w:tcPr>
            <w:tcW w:w="6192" w:type="dxa"/>
            <w:tcMar>
              <w:top w:w="100" w:type="dxa"/>
              <w:left w:w="120" w:type="dxa"/>
              <w:bottom w:w="100" w:type="dxa"/>
              <w:right w:w="120" w:type="dxa"/>
            </w:tcMar>
            <w:vAlign w:val="center"/>
          </w:tcPr>
          <w:p w14:paraId="1511CE33" w14:textId="77777777" w:rsidR="00CF1076" w:rsidRDefault="00000000">
            <w:pPr>
              <w:spacing w:after="0" w:line="252" w:lineRule="auto"/>
              <w:jc w:val="left"/>
            </w:pPr>
            <w:r>
              <w:rPr>
                <w:sz w:val="18"/>
              </w:rPr>
              <w:t>[Insert Secretariat members]</w:t>
            </w:r>
          </w:p>
        </w:tc>
      </w:tr>
      <w:tr w:rsidR="00CF1076" w14:paraId="69415088" w14:textId="77777777">
        <w:trPr>
          <w:jc w:val="center"/>
        </w:trPr>
        <w:tc>
          <w:tcPr>
            <w:tcW w:w="3096" w:type="dxa"/>
            <w:shd w:val="clear" w:color="auto" w:fill="F4F7F5"/>
            <w:tcMar>
              <w:top w:w="100" w:type="dxa"/>
              <w:left w:w="120" w:type="dxa"/>
              <w:bottom w:w="100" w:type="dxa"/>
              <w:right w:w="120" w:type="dxa"/>
            </w:tcMar>
            <w:vAlign w:val="center"/>
          </w:tcPr>
          <w:p w14:paraId="59D67F6C" w14:textId="77777777" w:rsidR="00CF1076" w:rsidRDefault="00000000">
            <w:pPr>
              <w:spacing w:after="0" w:line="252" w:lineRule="auto"/>
              <w:jc w:val="left"/>
            </w:pPr>
            <w:r>
              <w:rPr>
                <w:sz w:val="18"/>
              </w:rPr>
              <w:t>Protocol / Logistics / ICT / Publicity</w:t>
            </w:r>
          </w:p>
        </w:tc>
        <w:tc>
          <w:tcPr>
            <w:tcW w:w="6192" w:type="dxa"/>
            <w:shd w:val="clear" w:color="auto" w:fill="F4F7F5"/>
            <w:tcMar>
              <w:top w:w="100" w:type="dxa"/>
              <w:left w:w="120" w:type="dxa"/>
              <w:bottom w:w="100" w:type="dxa"/>
              <w:right w:w="120" w:type="dxa"/>
            </w:tcMar>
            <w:vAlign w:val="center"/>
          </w:tcPr>
          <w:p w14:paraId="14E3264F" w14:textId="77777777" w:rsidR="00CF1076" w:rsidRDefault="00000000">
            <w:pPr>
              <w:spacing w:after="0" w:line="252" w:lineRule="auto"/>
              <w:jc w:val="left"/>
            </w:pPr>
            <w:r>
              <w:rPr>
                <w:sz w:val="18"/>
              </w:rPr>
              <w:t>[Insert approved committee lists]</w:t>
            </w:r>
          </w:p>
        </w:tc>
      </w:tr>
    </w:tbl>
    <w:p w14:paraId="09BB5537" w14:textId="77777777" w:rsidR="00CF1076" w:rsidRDefault="00CF1076">
      <w:pPr>
        <w:spacing w:after="0"/>
      </w:pPr>
    </w:p>
    <w:p w14:paraId="72C0D05B" w14:textId="77777777" w:rsidR="00CF1076" w:rsidRDefault="00000000">
      <w:pPr>
        <w:pStyle w:val="Heading2"/>
      </w:pPr>
      <w:bookmarkStart w:id="11" w:name="_Toc237123600"/>
      <w:r>
        <w:t>Acknowledgement of Partners and Sponsors</w:t>
      </w:r>
      <w:bookmarkEnd w:id="11"/>
    </w:p>
    <w:p w14:paraId="6A0627CB" w14:textId="77777777" w:rsidR="00CF1076" w:rsidRDefault="00000000">
      <w:r>
        <w:rPr>
          <w:i/>
          <w:color w:val="5F6965"/>
        </w:rPr>
        <w:t>[Insert approved partner, sponsor, and exhibitor names and logos in accordance with written permissions and sponsorship agreements. Do not infer endorsement.]</w:t>
      </w:r>
    </w:p>
    <w:p w14:paraId="093196F4" w14:textId="77777777" w:rsidR="00CF1076" w:rsidRDefault="00000000">
      <w:r>
        <w:br w:type="page"/>
      </w:r>
    </w:p>
    <w:p w14:paraId="4E78B9F3" w14:textId="77777777" w:rsidR="00CF1076" w:rsidRDefault="00000000">
      <w:pPr>
        <w:pStyle w:val="Heading1"/>
      </w:pPr>
      <w:bookmarkStart w:id="12" w:name="_Toc237123601"/>
      <w:r>
        <w:lastRenderedPageBreak/>
        <w:t>Conference at a Glance</w:t>
      </w:r>
      <w:bookmarkEnd w:id="12"/>
    </w:p>
    <w:tbl>
      <w:tblPr>
        <w:tblStyle w:val="TableGrid"/>
        <w:tblW w:w="0" w:type="auto"/>
        <w:jc w:val="center"/>
        <w:tblLayout w:type="fixed"/>
        <w:tblLook w:val="04A0" w:firstRow="1" w:lastRow="0" w:firstColumn="1" w:lastColumn="0" w:noHBand="0" w:noVBand="1"/>
      </w:tblPr>
      <w:tblGrid>
        <w:gridCol w:w="1037"/>
        <w:gridCol w:w="2376"/>
        <w:gridCol w:w="5832"/>
      </w:tblGrid>
      <w:tr w:rsidR="00CF1076" w14:paraId="174927F9" w14:textId="77777777">
        <w:trPr>
          <w:tblHeader/>
          <w:jc w:val="center"/>
        </w:trPr>
        <w:tc>
          <w:tcPr>
            <w:tcW w:w="1037" w:type="dxa"/>
            <w:shd w:val="clear" w:color="auto" w:fill="075B45"/>
            <w:tcMar>
              <w:top w:w="100" w:type="dxa"/>
              <w:left w:w="120" w:type="dxa"/>
              <w:bottom w:w="100" w:type="dxa"/>
              <w:right w:w="120" w:type="dxa"/>
            </w:tcMar>
            <w:vAlign w:val="center"/>
          </w:tcPr>
          <w:p w14:paraId="088278AC" w14:textId="77777777" w:rsidR="00CF1076" w:rsidRDefault="00000000">
            <w:pPr>
              <w:spacing w:after="0" w:line="252" w:lineRule="auto"/>
              <w:jc w:val="center"/>
            </w:pPr>
            <w:r>
              <w:rPr>
                <w:b/>
                <w:color w:val="FFFFFF"/>
                <w:sz w:val="19"/>
              </w:rPr>
              <w:t>Day</w:t>
            </w:r>
          </w:p>
        </w:tc>
        <w:tc>
          <w:tcPr>
            <w:tcW w:w="2376" w:type="dxa"/>
            <w:shd w:val="clear" w:color="auto" w:fill="075B45"/>
            <w:tcMar>
              <w:top w:w="100" w:type="dxa"/>
              <w:left w:w="120" w:type="dxa"/>
              <w:bottom w:w="100" w:type="dxa"/>
              <w:right w:w="120" w:type="dxa"/>
            </w:tcMar>
            <w:vAlign w:val="center"/>
          </w:tcPr>
          <w:p w14:paraId="105C0659" w14:textId="77777777" w:rsidR="00CF1076" w:rsidRDefault="00000000">
            <w:pPr>
              <w:spacing w:after="0" w:line="252" w:lineRule="auto"/>
              <w:jc w:val="center"/>
            </w:pPr>
            <w:r>
              <w:rPr>
                <w:b/>
                <w:color w:val="FFFFFF"/>
                <w:sz w:val="19"/>
              </w:rPr>
              <w:t>Date</w:t>
            </w:r>
          </w:p>
        </w:tc>
        <w:tc>
          <w:tcPr>
            <w:tcW w:w="5832" w:type="dxa"/>
            <w:shd w:val="clear" w:color="auto" w:fill="075B45"/>
            <w:tcMar>
              <w:top w:w="100" w:type="dxa"/>
              <w:left w:w="120" w:type="dxa"/>
              <w:bottom w:w="100" w:type="dxa"/>
              <w:right w:w="120" w:type="dxa"/>
            </w:tcMar>
            <w:vAlign w:val="center"/>
          </w:tcPr>
          <w:p w14:paraId="356C5016" w14:textId="77777777" w:rsidR="00CF1076" w:rsidRDefault="00000000">
            <w:pPr>
              <w:spacing w:after="0" w:line="252" w:lineRule="auto"/>
              <w:jc w:val="center"/>
            </w:pPr>
            <w:r>
              <w:rPr>
                <w:b/>
                <w:color w:val="FFFFFF"/>
                <w:sz w:val="19"/>
              </w:rPr>
              <w:t>Principal activities</w:t>
            </w:r>
          </w:p>
        </w:tc>
      </w:tr>
      <w:tr w:rsidR="00CF1076" w14:paraId="6AA65153" w14:textId="77777777">
        <w:trPr>
          <w:jc w:val="center"/>
        </w:trPr>
        <w:tc>
          <w:tcPr>
            <w:tcW w:w="1037" w:type="dxa"/>
            <w:tcMar>
              <w:top w:w="100" w:type="dxa"/>
              <w:left w:w="120" w:type="dxa"/>
              <w:bottom w:w="100" w:type="dxa"/>
              <w:right w:w="120" w:type="dxa"/>
            </w:tcMar>
            <w:vAlign w:val="center"/>
          </w:tcPr>
          <w:p w14:paraId="6C8F35F9" w14:textId="77777777" w:rsidR="00CF1076" w:rsidRDefault="00000000">
            <w:pPr>
              <w:spacing w:after="0" w:line="252" w:lineRule="auto"/>
              <w:jc w:val="left"/>
            </w:pPr>
            <w:r>
              <w:rPr>
                <w:sz w:val="18"/>
              </w:rPr>
              <w:t>Day 1</w:t>
            </w:r>
          </w:p>
        </w:tc>
        <w:tc>
          <w:tcPr>
            <w:tcW w:w="2376" w:type="dxa"/>
            <w:tcMar>
              <w:top w:w="100" w:type="dxa"/>
              <w:left w:w="120" w:type="dxa"/>
              <w:bottom w:w="100" w:type="dxa"/>
              <w:right w:w="120" w:type="dxa"/>
            </w:tcMar>
            <w:vAlign w:val="center"/>
          </w:tcPr>
          <w:p w14:paraId="4D168C57" w14:textId="77777777" w:rsidR="00CF1076" w:rsidRDefault="00000000">
            <w:pPr>
              <w:spacing w:after="0" w:line="252" w:lineRule="auto"/>
              <w:jc w:val="left"/>
            </w:pPr>
            <w:r>
              <w:rPr>
                <w:sz w:val="18"/>
              </w:rPr>
              <w:t>Sunday, 23 August 2026</w:t>
            </w:r>
          </w:p>
        </w:tc>
        <w:tc>
          <w:tcPr>
            <w:tcW w:w="5832" w:type="dxa"/>
            <w:tcMar>
              <w:top w:w="100" w:type="dxa"/>
              <w:left w:w="120" w:type="dxa"/>
              <w:bottom w:w="100" w:type="dxa"/>
              <w:right w:w="120" w:type="dxa"/>
            </w:tcMar>
            <w:vAlign w:val="center"/>
          </w:tcPr>
          <w:p w14:paraId="7512BB3F" w14:textId="77777777" w:rsidR="00CF1076" w:rsidRDefault="00000000">
            <w:pPr>
              <w:spacing w:after="0" w:line="252" w:lineRule="auto"/>
              <w:jc w:val="left"/>
            </w:pPr>
            <w:r>
              <w:rPr>
                <w:sz w:val="18"/>
              </w:rPr>
              <w:t>Arrival and participant check-in.</w:t>
            </w:r>
          </w:p>
        </w:tc>
      </w:tr>
      <w:tr w:rsidR="00CF1076" w14:paraId="4604E730" w14:textId="77777777">
        <w:trPr>
          <w:jc w:val="center"/>
        </w:trPr>
        <w:tc>
          <w:tcPr>
            <w:tcW w:w="1037" w:type="dxa"/>
            <w:shd w:val="clear" w:color="auto" w:fill="F4F7F5"/>
            <w:tcMar>
              <w:top w:w="100" w:type="dxa"/>
              <w:left w:w="120" w:type="dxa"/>
              <w:bottom w:w="100" w:type="dxa"/>
              <w:right w:w="120" w:type="dxa"/>
            </w:tcMar>
            <w:vAlign w:val="center"/>
          </w:tcPr>
          <w:p w14:paraId="098ADDA8" w14:textId="77777777" w:rsidR="00CF1076" w:rsidRDefault="00000000">
            <w:pPr>
              <w:spacing w:after="0" w:line="252" w:lineRule="auto"/>
              <w:jc w:val="left"/>
            </w:pPr>
            <w:r>
              <w:rPr>
                <w:sz w:val="18"/>
              </w:rPr>
              <w:t>Day 2</w:t>
            </w:r>
          </w:p>
        </w:tc>
        <w:tc>
          <w:tcPr>
            <w:tcW w:w="2376" w:type="dxa"/>
            <w:shd w:val="clear" w:color="auto" w:fill="F4F7F5"/>
            <w:tcMar>
              <w:top w:w="100" w:type="dxa"/>
              <w:left w:w="120" w:type="dxa"/>
              <w:bottom w:w="100" w:type="dxa"/>
              <w:right w:w="120" w:type="dxa"/>
            </w:tcMar>
            <w:vAlign w:val="center"/>
          </w:tcPr>
          <w:p w14:paraId="2F663D37" w14:textId="77777777" w:rsidR="00CF1076" w:rsidRDefault="00000000">
            <w:pPr>
              <w:spacing w:after="0" w:line="252" w:lineRule="auto"/>
              <w:jc w:val="left"/>
            </w:pPr>
            <w:r>
              <w:rPr>
                <w:sz w:val="18"/>
              </w:rPr>
              <w:t>Monday, 24 August 2026</w:t>
            </w:r>
          </w:p>
        </w:tc>
        <w:tc>
          <w:tcPr>
            <w:tcW w:w="5832" w:type="dxa"/>
            <w:shd w:val="clear" w:color="auto" w:fill="F4F7F5"/>
            <w:tcMar>
              <w:top w:w="100" w:type="dxa"/>
              <w:left w:w="120" w:type="dxa"/>
              <w:bottom w:w="100" w:type="dxa"/>
              <w:right w:w="120" w:type="dxa"/>
            </w:tcMar>
            <w:vAlign w:val="center"/>
          </w:tcPr>
          <w:p w14:paraId="00472FE4" w14:textId="77777777" w:rsidR="00CF1076" w:rsidRDefault="00000000">
            <w:pPr>
              <w:spacing w:after="0" w:line="252" w:lineRule="auto"/>
              <w:jc w:val="left"/>
            </w:pPr>
            <w:r>
              <w:rPr>
                <w:sz w:val="18"/>
              </w:rPr>
              <w:t>Registration, opening ceremony, lead/keynote sessions, and parallel sessions.</w:t>
            </w:r>
          </w:p>
        </w:tc>
      </w:tr>
      <w:tr w:rsidR="00CF1076" w14:paraId="1E318993" w14:textId="77777777">
        <w:trPr>
          <w:jc w:val="center"/>
        </w:trPr>
        <w:tc>
          <w:tcPr>
            <w:tcW w:w="1037" w:type="dxa"/>
            <w:tcMar>
              <w:top w:w="100" w:type="dxa"/>
              <w:left w:w="120" w:type="dxa"/>
              <w:bottom w:w="100" w:type="dxa"/>
              <w:right w:w="120" w:type="dxa"/>
            </w:tcMar>
            <w:vAlign w:val="center"/>
          </w:tcPr>
          <w:p w14:paraId="45260078" w14:textId="77777777" w:rsidR="00CF1076" w:rsidRDefault="00000000">
            <w:pPr>
              <w:spacing w:after="0" w:line="252" w:lineRule="auto"/>
              <w:jc w:val="left"/>
            </w:pPr>
            <w:r>
              <w:rPr>
                <w:sz w:val="18"/>
              </w:rPr>
              <w:t>Day 3</w:t>
            </w:r>
          </w:p>
        </w:tc>
        <w:tc>
          <w:tcPr>
            <w:tcW w:w="2376" w:type="dxa"/>
            <w:tcMar>
              <w:top w:w="100" w:type="dxa"/>
              <w:left w:w="120" w:type="dxa"/>
              <w:bottom w:w="100" w:type="dxa"/>
              <w:right w:w="120" w:type="dxa"/>
            </w:tcMar>
            <w:vAlign w:val="center"/>
          </w:tcPr>
          <w:p w14:paraId="5DECD043" w14:textId="77777777" w:rsidR="00CF1076" w:rsidRDefault="00000000">
            <w:pPr>
              <w:spacing w:after="0" w:line="252" w:lineRule="auto"/>
              <w:jc w:val="left"/>
            </w:pPr>
            <w:r>
              <w:rPr>
                <w:sz w:val="18"/>
              </w:rPr>
              <w:t>Tuesday, 25 August 2026</w:t>
            </w:r>
          </w:p>
        </w:tc>
        <w:tc>
          <w:tcPr>
            <w:tcW w:w="5832" w:type="dxa"/>
            <w:tcMar>
              <w:top w:w="100" w:type="dxa"/>
              <w:left w:w="120" w:type="dxa"/>
              <w:bottom w:w="100" w:type="dxa"/>
              <w:right w:w="120" w:type="dxa"/>
            </w:tcMar>
            <w:vAlign w:val="center"/>
          </w:tcPr>
          <w:p w14:paraId="60FE7DEB" w14:textId="77777777" w:rsidR="00CF1076" w:rsidRDefault="00000000">
            <w:pPr>
              <w:spacing w:after="0" w:line="252" w:lineRule="auto"/>
              <w:jc w:val="left"/>
            </w:pPr>
            <w:r>
              <w:rPr>
                <w:sz w:val="18"/>
              </w:rPr>
              <w:t>Parallel technical sessions and poster presentations.</w:t>
            </w:r>
          </w:p>
        </w:tc>
      </w:tr>
      <w:tr w:rsidR="00CF1076" w14:paraId="6F77052B" w14:textId="77777777">
        <w:trPr>
          <w:jc w:val="center"/>
        </w:trPr>
        <w:tc>
          <w:tcPr>
            <w:tcW w:w="1037" w:type="dxa"/>
            <w:shd w:val="clear" w:color="auto" w:fill="F4F7F5"/>
            <w:tcMar>
              <w:top w:w="100" w:type="dxa"/>
              <w:left w:w="120" w:type="dxa"/>
              <w:bottom w:w="100" w:type="dxa"/>
              <w:right w:w="120" w:type="dxa"/>
            </w:tcMar>
            <w:vAlign w:val="center"/>
          </w:tcPr>
          <w:p w14:paraId="6D7780C6" w14:textId="77777777" w:rsidR="00CF1076" w:rsidRDefault="00000000">
            <w:pPr>
              <w:spacing w:after="0" w:line="252" w:lineRule="auto"/>
              <w:jc w:val="left"/>
            </w:pPr>
            <w:r>
              <w:rPr>
                <w:sz w:val="18"/>
              </w:rPr>
              <w:t>Day 4</w:t>
            </w:r>
          </w:p>
        </w:tc>
        <w:tc>
          <w:tcPr>
            <w:tcW w:w="2376" w:type="dxa"/>
            <w:shd w:val="clear" w:color="auto" w:fill="F4F7F5"/>
            <w:tcMar>
              <w:top w:w="100" w:type="dxa"/>
              <w:left w:w="120" w:type="dxa"/>
              <w:bottom w:w="100" w:type="dxa"/>
              <w:right w:w="120" w:type="dxa"/>
            </w:tcMar>
            <w:vAlign w:val="center"/>
          </w:tcPr>
          <w:p w14:paraId="1C942ADC" w14:textId="77777777" w:rsidR="00CF1076" w:rsidRDefault="00000000">
            <w:pPr>
              <w:spacing w:after="0" w:line="252" w:lineRule="auto"/>
              <w:jc w:val="left"/>
            </w:pPr>
            <w:r>
              <w:rPr>
                <w:sz w:val="18"/>
              </w:rPr>
              <w:t>Wednesday, 26 August 2026</w:t>
            </w:r>
          </w:p>
        </w:tc>
        <w:tc>
          <w:tcPr>
            <w:tcW w:w="5832" w:type="dxa"/>
            <w:shd w:val="clear" w:color="auto" w:fill="F4F7F5"/>
            <w:tcMar>
              <w:top w:w="100" w:type="dxa"/>
              <w:left w:w="120" w:type="dxa"/>
              <w:bottom w:w="100" w:type="dxa"/>
              <w:right w:w="120" w:type="dxa"/>
            </w:tcMar>
            <w:vAlign w:val="center"/>
          </w:tcPr>
          <w:p w14:paraId="7B3D085E" w14:textId="77777777" w:rsidR="00CF1076" w:rsidRDefault="00000000">
            <w:pPr>
              <w:spacing w:after="0" w:line="252" w:lineRule="auto"/>
              <w:jc w:val="left"/>
            </w:pPr>
            <w:r>
              <w:rPr>
                <w:sz w:val="18"/>
              </w:rPr>
              <w:t>Closing activities and departure. [Confirm final programme.]</w:t>
            </w:r>
          </w:p>
        </w:tc>
      </w:tr>
    </w:tbl>
    <w:p w14:paraId="440E28C0" w14:textId="77777777" w:rsidR="00CF1076" w:rsidRDefault="00CF1076">
      <w:pPr>
        <w:spacing w:after="0"/>
      </w:pPr>
    </w:p>
    <w:p w14:paraId="6E3E1767" w14:textId="77777777" w:rsidR="00CF1076" w:rsidRDefault="00000000">
      <w:pPr>
        <w:pStyle w:val="Heading2"/>
      </w:pPr>
      <w:bookmarkStart w:id="13" w:name="_Toc237123602"/>
      <w:r>
        <w:t>Conference Information</w:t>
      </w:r>
      <w:bookmarkEnd w:id="13"/>
    </w:p>
    <w:tbl>
      <w:tblPr>
        <w:tblStyle w:val="TableGrid"/>
        <w:tblW w:w="0" w:type="auto"/>
        <w:jc w:val="center"/>
        <w:tblLayout w:type="fixed"/>
        <w:tblLook w:val="04A0" w:firstRow="1" w:lastRow="0" w:firstColumn="1" w:lastColumn="0" w:noHBand="0" w:noVBand="1"/>
      </w:tblPr>
      <w:tblGrid>
        <w:gridCol w:w="2088"/>
        <w:gridCol w:w="7128"/>
      </w:tblGrid>
      <w:tr w:rsidR="00CF1076" w14:paraId="79690D7D" w14:textId="77777777">
        <w:trPr>
          <w:tblHeader/>
          <w:jc w:val="center"/>
        </w:trPr>
        <w:tc>
          <w:tcPr>
            <w:tcW w:w="2088" w:type="dxa"/>
            <w:shd w:val="clear" w:color="auto" w:fill="075B45"/>
            <w:tcMar>
              <w:top w:w="100" w:type="dxa"/>
              <w:left w:w="120" w:type="dxa"/>
              <w:bottom w:w="100" w:type="dxa"/>
              <w:right w:w="120" w:type="dxa"/>
            </w:tcMar>
            <w:vAlign w:val="center"/>
          </w:tcPr>
          <w:p w14:paraId="5F14B976" w14:textId="77777777" w:rsidR="00CF1076" w:rsidRDefault="00000000">
            <w:pPr>
              <w:spacing w:after="0" w:line="252" w:lineRule="auto"/>
              <w:jc w:val="center"/>
            </w:pPr>
            <w:r>
              <w:rPr>
                <w:b/>
                <w:color w:val="FFFFFF"/>
                <w:sz w:val="19"/>
              </w:rPr>
              <w:t>Item</w:t>
            </w:r>
          </w:p>
        </w:tc>
        <w:tc>
          <w:tcPr>
            <w:tcW w:w="7128" w:type="dxa"/>
            <w:shd w:val="clear" w:color="auto" w:fill="075B45"/>
            <w:tcMar>
              <w:top w:w="100" w:type="dxa"/>
              <w:left w:w="120" w:type="dxa"/>
              <w:bottom w:w="100" w:type="dxa"/>
              <w:right w:w="120" w:type="dxa"/>
            </w:tcMar>
            <w:vAlign w:val="center"/>
          </w:tcPr>
          <w:p w14:paraId="391BC533" w14:textId="77777777" w:rsidR="00CF1076" w:rsidRDefault="00000000">
            <w:pPr>
              <w:spacing w:after="0" w:line="252" w:lineRule="auto"/>
              <w:jc w:val="center"/>
            </w:pPr>
            <w:r>
              <w:rPr>
                <w:b/>
                <w:color w:val="FFFFFF"/>
                <w:sz w:val="19"/>
              </w:rPr>
              <w:t>Details</w:t>
            </w:r>
          </w:p>
        </w:tc>
      </w:tr>
      <w:tr w:rsidR="00CF1076" w14:paraId="0945033E" w14:textId="77777777">
        <w:trPr>
          <w:jc w:val="center"/>
        </w:trPr>
        <w:tc>
          <w:tcPr>
            <w:tcW w:w="2088" w:type="dxa"/>
            <w:tcMar>
              <w:top w:w="100" w:type="dxa"/>
              <w:left w:w="120" w:type="dxa"/>
              <w:bottom w:w="100" w:type="dxa"/>
              <w:right w:w="120" w:type="dxa"/>
            </w:tcMar>
            <w:vAlign w:val="center"/>
          </w:tcPr>
          <w:p w14:paraId="4E377E0E" w14:textId="77777777" w:rsidR="00CF1076" w:rsidRDefault="00000000">
            <w:pPr>
              <w:spacing w:after="0" w:line="252" w:lineRule="auto"/>
              <w:jc w:val="left"/>
            </w:pPr>
            <w:r>
              <w:rPr>
                <w:sz w:val="18"/>
              </w:rPr>
              <w:t>Theme</w:t>
            </w:r>
          </w:p>
        </w:tc>
        <w:tc>
          <w:tcPr>
            <w:tcW w:w="7128" w:type="dxa"/>
            <w:tcMar>
              <w:top w:w="100" w:type="dxa"/>
              <w:left w:w="120" w:type="dxa"/>
              <w:bottom w:w="100" w:type="dxa"/>
              <w:right w:w="120" w:type="dxa"/>
            </w:tcMar>
            <w:vAlign w:val="center"/>
          </w:tcPr>
          <w:p w14:paraId="41EBAC7D" w14:textId="77777777" w:rsidR="00CF1076" w:rsidRDefault="00000000">
            <w:pPr>
              <w:spacing w:after="0" w:line="252" w:lineRule="auto"/>
              <w:jc w:val="left"/>
            </w:pPr>
            <w:r>
              <w:rPr>
                <w:sz w:val="18"/>
              </w:rPr>
              <w:t>Sustainable Research from Gown to Town: Bridging the Academia and Industry Divide</w:t>
            </w:r>
          </w:p>
        </w:tc>
      </w:tr>
      <w:tr w:rsidR="00CF1076" w14:paraId="4901FBEF" w14:textId="77777777">
        <w:trPr>
          <w:jc w:val="center"/>
        </w:trPr>
        <w:tc>
          <w:tcPr>
            <w:tcW w:w="2088" w:type="dxa"/>
            <w:shd w:val="clear" w:color="auto" w:fill="F4F7F5"/>
            <w:tcMar>
              <w:top w:w="100" w:type="dxa"/>
              <w:left w:w="120" w:type="dxa"/>
              <w:bottom w:w="100" w:type="dxa"/>
              <w:right w:w="120" w:type="dxa"/>
            </w:tcMar>
            <w:vAlign w:val="center"/>
          </w:tcPr>
          <w:p w14:paraId="379A0E1B" w14:textId="77777777" w:rsidR="00CF1076" w:rsidRDefault="00000000">
            <w:pPr>
              <w:spacing w:after="0" w:line="252" w:lineRule="auto"/>
              <w:jc w:val="left"/>
            </w:pPr>
            <w:r>
              <w:rPr>
                <w:sz w:val="18"/>
              </w:rPr>
              <w:t>Venue</w:t>
            </w:r>
          </w:p>
        </w:tc>
        <w:tc>
          <w:tcPr>
            <w:tcW w:w="7128" w:type="dxa"/>
            <w:shd w:val="clear" w:color="auto" w:fill="F4F7F5"/>
            <w:tcMar>
              <w:top w:w="100" w:type="dxa"/>
              <w:left w:w="120" w:type="dxa"/>
              <w:bottom w:w="100" w:type="dxa"/>
              <w:right w:w="120" w:type="dxa"/>
            </w:tcMar>
            <w:vAlign w:val="center"/>
          </w:tcPr>
          <w:p w14:paraId="2C1BFE92" w14:textId="77777777" w:rsidR="00CF1076" w:rsidRDefault="00000000">
            <w:pPr>
              <w:spacing w:after="0" w:line="252" w:lineRule="auto"/>
              <w:jc w:val="left"/>
            </w:pPr>
            <w:r>
              <w:rPr>
                <w:sz w:val="18"/>
              </w:rPr>
              <w:t>Prince Dapo Abiodun CON Leadership Hall, The Gateway (ICT) Polytechnic, Saapade</w:t>
            </w:r>
          </w:p>
        </w:tc>
      </w:tr>
      <w:tr w:rsidR="00CF1076" w14:paraId="3FAD5AB0" w14:textId="77777777">
        <w:trPr>
          <w:jc w:val="center"/>
        </w:trPr>
        <w:tc>
          <w:tcPr>
            <w:tcW w:w="2088" w:type="dxa"/>
            <w:tcMar>
              <w:top w:w="100" w:type="dxa"/>
              <w:left w:w="120" w:type="dxa"/>
              <w:bottom w:w="100" w:type="dxa"/>
              <w:right w:w="120" w:type="dxa"/>
            </w:tcMar>
            <w:vAlign w:val="center"/>
          </w:tcPr>
          <w:p w14:paraId="6C2AD1F1" w14:textId="77777777" w:rsidR="00CF1076" w:rsidRDefault="00000000">
            <w:pPr>
              <w:spacing w:after="0" w:line="252" w:lineRule="auto"/>
              <w:jc w:val="left"/>
            </w:pPr>
            <w:r>
              <w:rPr>
                <w:sz w:val="18"/>
              </w:rPr>
              <w:t>Participation</w:t>
            </w:r>
          </w:p>
        </w:tc>
        <w:tc>
          <w:tcPr>
            <w:tcW w:w="7128" w:type="dxa"/>
            <w:tcMar>
              <w:top w:w="100" w:type="dxa"/>
              <w:left w:w="120" w:type="dxa"/>
              <w:bottom w:w="100" w:type="dxa"/>
              <w:right w:w="120" w:type="dxa"/>
            </w:tcMar>
            <w:vAlign w:val="center"/>
          </w:tcPr>
          <w:p w14:paraId="41C50DC0" w14:textId="77777777" w:rsidR="00CF1076" w:rsidRDefault="00000000">
            <w:pPr>
              <w:spacing w:after="0" w:line="252" w:lineRule="auto"/>
              <w:jc w:val="left"/>
            </w:pPr>
            <w:r>
              <w:rPr>
                <w:sz w:val="18"/>
              </w:rPr>
              <w:t>Physical and virtual</w:t>
            </w:r>
          </w:p>
        </w:tc>
      </w:tr>
      <w:tr w:rsidR="00CF1076" w14:paraId="7693B44C" w14:textId="77777777">
        <w:trPr>
          <w:jc w:val="center"/>
        </w:trPr>
        <w:tc>
          <w:tcPr>
            <w:tcW w:w="2088" w:type="dxa"/>
            <w:shd w:val="clear" w:color="auto" w:fill="F4F7F5"/>
            <w:tcMar>
              <w:top w:w="100" w:type="dxa"/>
              <w:left w:w="120" w:type="dxa"/>
              <w:bottom w:w="100" w:type="dxa"/>
              <w:right w:w="120" w:type="dxa"/>
            </w:tcMar>
            <w:vAlign w:val="center"/>
          </w:tcPr>
          <w:p w14:paraId="787CE6E7" w14:textId="77777777" w:rsidR="00CF1076" w:rsidRDefault="00000000">
            <w:pPr>
              <w:spacing w:after="0" w:line="252" w:lineRule="auto"/>
              <w:jc w:val="left"/>
            </w:pPr>
            <w:r>
              <w:rPr>
                <w:sz w:val="18"/>
              </w:rPr>
              <w:t>Secretariat email</w:t>
            </w:r>
          </w:p>
        </w:tc>
        <w:tc>
          <w:tcPr>
            <w:tcW w:w="7128" w:type="dxa"/>
            <w:shd w:val="clear" w:color="auto" w:fill="F4F7F5"/>
            <w:tcMar>
              <w:top w:w="100" w:type="dxa"/>
              <w:left w:w="120" w:type="dxa"/>
              <w:bottom w:w="100" w:type="dxa"/>
              <w:right w:w="120" w:type="dxa"/>
            </w:tcMar>
            <w:vAlign w:val="center"/>
          </w:tcPr>
          <w:p w14:paraId="6AB32B5E" w14:textId="77777777" w:rsidR="00CF1076" w:rsidRDefault="00000000">
            <w:pPr>
              <w:spacing w:after="0" w:line="252" w:lineRule="auto"/>
              <w:jc w:val="left"/>
            </w:pPr>
            <w:r>
              <w:rPr>
                <w:sz w:val="18"/>
              </w:rPr>
              <w:t>iconfst@gaposa.edu.ng</w:t>
            </w:r>
          </w:p>
        </w:tc>
      </w:tr>
      <w:tr w:rsidR="00CF1076" w14:paraId="0FBFB386" w14:textId="77777777">
        <w:trPr>
          <w:jc w:val="center"/>
        </w:trPr>
        <w:tc>
          <w:tcPr>
            <w:tcW w:w="2088" w:type="dxa"/>
            <w:tcMar>
              <w:top w:w="100" w:type="dxa"/>
              <w:left w:w="120" w:type="dxa"/>
              <w:bottom w:w="100" w:type="dxa"/>
              <w:right w:w="120" w:type="dxa"/>
            </w:tcMar>
            <w:vAlign w:val="center"/>
          </w:tcPr>
          <w:p w14:paraId="1B78D12E" w14:textId="77777777" w:rsidR="00CF1076" w:rsidRDefault="00000000">
            <w:pPr>
              <w:spacing w:after="0" w:line="252" w:lineRule="auto"/>
              <w:jc w:val="left"/>
            </w:pPr>
            <w:r>
              <w:rPr>
                <w:sz w:val="18"/>
              </w:rPr>
              <w:t>Telephone</w:t>
            </w:r>
          </w:p>
        </w:tc>
        <w:tc>
          <w:tcPr>
            <w:tcW w:w="7128" w:type="dxa"/>
            <w:tcMar>
              <w:top w:w="100" w:type="dxa"/>
              <w:left w:w="120" w:type="dxa"/>
              <w:bottom w:w="100" w:type="dxa"/>
              <w:right w:w="120" w:type="dxa"/>
            </w:tcMar>
            <w:vAlign w:val="center"/>
          </w:tcPr>
          <w:p w14:paraId="04FD9813" w14:textId="77777777" w:rsidR="00CF1076" w:rsidRDefault="00000000">
            <w:pPr>
              <w:spacing w:after="0" w:line="252" w:lineRule="auto"/>
              <w:jc w:val="left"/>
            </w:pPr>
            <w:r>
              <w:rPr>
                <w:sz w:val="18"/>
              </w:rPr>
              <w:t>+234 80 6261 8986; +234 80 3849 9893; +234 70 3888 9578; +234 80 6918 1102</w:t>
            </w:r>
          </w:p>
        </w:tc>
      </w:tr>
      <w:tr w:rsidR="00CF1076" w14:paraId="78385BDE" w14:textId="77777777">
        <w:trPr>
          <w:jc w:val="center"/>
        </w:trPr>
        <w:tc>
          <w:tcPr>
            <w:tcW w:w="2088" w:type="dxa"/>
            <w:shd w:val="clear" w:color="auto" w:fill="F4F7F5"/>
            <w:tcMar>
              <w:top w:w="100" w:type="dxa"/>
              <w:left w:w="120" w:type="dxa"/>
              <w:bottom w:w="100" w:type="dxa"/>
              <w:right w:w="120" w:type="dxa"/>
            </w:tcMar>
            <w:vAlign w:val="center"/>
          </w:tcPr>
          <w:p w14:paraId="4856CC02" w14:textId="77777777" w:rsidR="00CF1076" w:rsidRDefault="00000000">
            <w:pPr>
              <w:spacing w:after="0" w:line="252" w:lineRule="auto"/>
              <w:jc w:val="left"/>
            </w:pPr>
            <w:r>
              <w:rPr>
                <w:sz w:val="18"/>
              </w:rPr>
              <w:t>Website</w:t>
            </w:r>
          </w:p>
        </w:tc>
        <w:tc>
          <w:tcPr>
            <w:tcW w:w="7128" w:type="dxa"/>
            <w:shd w:val="clear" w:color="auto" w:fill="F4F7F5"/>
            <w:tcMar>
              <w:top w:w="100" w:type="dxa"/>
              <w:left w:w="120" w:type="dxa"/>
              <w:bottom w:w="100" w:type="dxa"/>
              <w:right w:w="120" w:type="dxa"/>
            </w:tcMar>
            <w:vAlign w:val="center"/>
          </w:tcPr>
          <w:p w14:paraId="44DD48A3" w14:textId="77777777" w:rsidR="00CF1076" w:rsidRDefault="00000000">
            <w:pPr>
              <w:spacing w:after="0" w:line="252" w:lineRule="auto"/>
              <w:jc w:val="left"/>
            </w:pPr>
            <w:r>
              <w:rPr>
                <w:sz w:val="18"/>
              </w:rPr>
              <w:t>[Insert the final official conference URL]</w:t>
            </w:r>
          </w:p>
        </w:tc>
      </w:tr>
    </w:tbl>
    <w:p w14:paraId="25295EDE" w14:textId="77777777" w:rsidR="00CF1076" w:rsidRDefault="00CF1076">
      <w:pPr>
        <w:spacing w:after="0"/>
      </w:pPr>
    </w:p>
    <w:tbl>
      <w:tblPr>
        <w:tblW w:w="0" w:type="auto"/>
        <w:jc w:val="center"/>
        <w:tblLayout w:type="fixed"/>
        <w:tblLook w:val="04A0" w:firstRow="1" w:lastRow="0" w:firstColumn="1" w:lastColumn="0" w:noHBand="0" w:noVBand="1"/>
      </w:tblPr>
      <w:tblGrid>
        <w:gridCol w:w="9605"/>
      </w:tblGrid>
      <w:tr w:rsidR="00CF1076" w14:paraId="2A49E2B5" w14:textId="77777777">
        <w:trPr>
          <w:jc w:val="center"/>
        </w:trPr>
        <w:tc>
          <w:tcPr>
            <w:tcW w:w="9605" w:type="dxa"/>
            <w:shd w:val="clear" w:color="auto" w:fill="E9F4EF"/>
            <w:tcMar>
              <w:top w:w="140" w:type="dxa"/>
              <w:left w:w="160" w:type="dxa"/>
              <w:bottom w:w="140" w:type="dxa"/>
              <w:right w:w="160" w:type="dxa"/>
            </w:tcMar>
          </w:tcPr>
          <w:p w14:paraId="3F293102" w14:textId="77777777" w:rsidR="00CF1076" w:rsidRDefault="00000000">
            <w:pPr>
              <w:spacing w:after="0"/>
            </w:pPr>
            <w:r>
              <w:rPr>
                <w:b/>
                <w:color w:val="075B45"/>
                <w:sz w:val="21"/>
              </w:rPr>
              <w:t xml:space="preserve">Programme control.  </w:t>
            </w:r>
            <w:r>
              <w:rPr>
                <w:sz w:val="21"/>
              </w:rPr>
              <w:t>The day labels above reconcile the calendar dates shown in the fliers. The Organising Committee should approve the detailed programme before publication.</w:t>
            </w:r>
          </w:p>
        </w:tc>
      </w:tr>
    </w:tbl>
    <w:p w14:paraId="6F8B1072" w14:textId="77777777" w:rsidR="00CF1076" w:rsidRDefault="00CF1076">
      <w:pPr>
        <w:spacing w:after="0"/>
      </w:pPr>
    </w:p>
    <w:p w14:paraId="4502C553" w14:textId="77777777" w:rsidR="00CF1076" w:rsidRDefault="00000000">
      <w:r>
        <w:br w:type="page"/>
      </w:r>
    </w:p>
    <w:p w14:paraId="1658C7D0" w14:textId="77777777" w:rsidR="00CF1076" w:rsidRDefault="00000000">
      <w:pPr>
        <w:pStyle w:val="Heading1"/>
      </w:pPr>
      <w:bookmarkStart w:id="14" w:name="_Toc237123603"/>
      <w:r>
        <w:lastRenderedPageBreak/>
        <w:t>Detailed Conference Programme</w:t>
      </w:r>
      <w:bookmarkEnd w:id="14"/>
    </w:p>
    <w:p w14:paraId="66F6350D" w14:textId="77777777" w:rsidR="00CF1076" w:rsidRDefault="00000000">
      <w:r>
        <w:rPr>
          <w:i/>
          <w:color w:val="5F6965"/>
          <w:sz w:val="20"/>
        </w:rPr>
        <w:t>[The tables below are programme shells. Replace placeholders only after the Technical Programme Committee approves the final schedule.]</w:t>
      </w:r>
    </w:p>
    <w:p w14:paraId="0E5E204C" w14:textId="77777777" w:rsidR="00CF1076" w:rsidRDefault="00000000">
      <w:pPr>
        <w:pStyle w:val="Heading2"/>
      </w:pPr>
      <w:bookmarkStart w:id="15" w:name="_Toc237123604"/>
      <w:r>
        <w:t>Day 1 — Sunday, 23 August 2026</w:t>
      </w:r>
      <w:bookmarkEnd w:id="15"/>
    </w:p>
    <w:tbl>
      <w:tblPr>
        <w:tblStyle w:val="TableGrid"/>
        <w:tblW w:w="0" w:type="auto"/>
        <w:jc w:val="center"/>
        <w:tblLayout w:type="fixed"/>
        <w:tblLook w:val="04A0" w:firstRow="1" w:lastRow="0" w:firstColumn="1" w:lastColumn="0" w:noHBand="0" w:noVBand="1"/>
      </w:tblPr>
      <w:tblGrid>
        <w:gridCol w:w="1440"/>
        <w:gridCol w:w="5256"/>
        <w:gridCol w:w="2520"/>
      </w:tblGrid>
      <w:tr w:rsidR="00CF1076" w14:paraId="25A4A383" w14:textId="77777777">
        <w:trPr>
          <w:tblHeader/>
          <w:jc w:val="center"/>
        </w:trPr>
        <w:tc>
          <w:tcPr>
            <w:tcW w:w="1440" w:type="dxa"/>
            <w:shd w:val="clear" w:color="auto" w:fill="075B45"/>
            <w:tcMar>
              <w:top w:w="100" w:type="dxa"/>
              <w:left w:w="120" w:type="dxa"/>
              <w:bottom w:w="100" w:type="dxa"/>
              <w:right w:w="120" w:type="dxa"/>
            </w:tcMar>
            <w:vAlign w:val="center"/>
          </w:tcPr>
          <w:p w14:paraId="4C09BEA7" w14:textId="77777777" w:rsidR="00CF1076" w:rsidRDefault="00000000">
            <w:pPr>
              <w:spacing w:after="0" w:line="252" w:lineRule="auto"/>
              <w:jc w:val="center"/>
            </w:pPr>
            <w:r>
              <w:rPr>
                <w:b/>
                <w:color w:val="FFFFFF"/>
                <w:sz w:val="19"/>
              </w:rPr>
              <w:t>Time</w:t>
            </w:r>
          </w:p>
        </w:tc>
        <w:tc>
          <w:tcPr>
            <w:tcW w:w="5256" w:type="dxa"/>
            <w:shd w:val="clear" w:color="auto" w:fill="075B45"/>
            <w:tcMar>
              <w:top w:w="100" w:type="dxa"/>
              <w:left w:w="120" w:type="dxa"/>
              <w:bottom w:w="100" w:type="dxa"/>
              <w:right w:w="120" w:type="dxa"/>
            </w:tcMar>
            <w:vAlign w:val="center"/>
          </w:tcPr>
          <w:p w14:paraId="2CE3EB9B" w14:textId="77777777" w:rsidR="00CF1076" w:rsidRDefault="00000000">
            <w:pPr>
              <w:spacing w:after="0" w:line="252" w:lineRule="auto"/>
              <w:jc w:val="center"/>
            </w:pPr>
            <w:r>
              <w:rPr>
                <w:b/>
                <w:color w:val="FFFFFF"/>
                <w:sz w:val="19"/>
              </w:rPr>
              <w:t>Session / activity</w:t>
            </w:r>
          </w:p>
        </w:tc>
        <w:tc>
          <w:tcPr>
            <w:tcW w:w="2520" w:type="dxa"/>
            <w:shd w:val="clear" w:color="auto" w:fill="075B45"/>
            <w:tcMar>
              <w:top w:w="100" w:type="dxa"/>
              <w:left w:w="120" w:type="dxa"/>
              <w:bottom w:w="100" w:type="dxa"/>
              <w:right w:w="120" w:type="dxa"/>
            </w:tcMar>
            <w:vAlign w:val="center"/>
          </w:tcPr>
          <w:p w14:paraId="3ED2521B" w14:textId="77777777" w:rsidR="00CF1076" w:rsidRDefault="00000000">
            <w:pPr>
              <w:spacing w:after="0" w:line="252" w:lineRule="auto"/>
              <w:jc w:val="center"/>
            </w:pPr>
            <w:r>
              <w:rPr>
                <w:b/>
                <w:color w:val="FFFFFF"/>
                <w:sz w:val="19"/>
              </w:rPr>
              <w:t>Venue / chair</w:t>
            </w:r>
          </w:p>
        </w:tc>
      </w:tr>
      <w:tr w:rsidR="00CF1076" w14:paraId="446B3598" w14:textId="77777777">
        <w:trPr>
          <w:jc w:val="center"/>
        </w:trPr>
        <w:tc>
          <w:tcPr>
            <w:tcW w:w="1440" w:type="dxa"/>
            <w:tcMar>
              <w:top w:w="100" w:type="dxa"/>
              <w:left w:w="120" w:type="dxa"/>
              <w:bottom w:w="100" w:type="dxa"/>
              <w:right w:w="120" w:type="dxa"/>
            </w:tcMar>
            <w:vAlign w:val="center"/>
          </w:tcPr>
          <w:p w14:paraId="382199EE" w14:textId="77777777" w:rsidR="00CF1076" w:rsidRDefault="00000000">
            <w:pPr>
              <w:spacing w:after="0" w:line="252" w:lineRule="auto"/>
              <w:jc w:val="left"/>
            </w:pPr>
            <w:r>
              <w:rPr>
                <w:sz w:val="18"/>
              </w:rPr>
              <w:t>[HH:MM]</w:t>
            </w:r>
          </w:p>
        </w:tc>
        <w:tc>
          <w:tcPr>
            <w:tcW w:w="5256" w:type="dxa"/>
            <w:tcMar>
              <w:top w:w="100" w:type="dxa"/>
              <w:left w:w="120" w:type="dxa"/>
              <w:bottom w:w="100" w:type="dxa"/>
              <w:right w:w="120" w:type="dxa"/>
            </w:tcMar>
            <w:vAlign w:val="center"/>
          </w:tcPr>
          <w:p w14:paraId="7C1B01EB" w14:textId="77777777" w:rsidR="00CF1076" w:rsidRDefault="00000000">
            <w:pPr>
              <w:spacing w:after="0" w:line="252" w:lineRule="auto"/>
              <w:jc w:val="left"/>
            </w:pPr>
            <w:r>
              <w:rPr>
                <w:sz w:val="18"/>
              </w:rPr>
              <w:t>[Session or activity]</w:t>
            </w:r>
          </w:p>
        </w:tc>
        <w:tc>
          <w:tcPr>
            <w:tcW w:w="2520" w:type="dxa"/>
            <w:tcMar>
              <w:top w:w="100" w:type="dxa"/>
              <w:left w:w="120" w:type="dxa"/>
              <w:bottom w:w="100" w:type="dxa"/>
              <w:right w:w="120" w:type="dxa"/>
            </w:tcMar>
            <w:vAlign w:val="center"/>
          </w:tcPr>
          <w:p w14:paraId="332598FF" w14:textId="77777777" w:rsidR="00CF1076" w:rsidRDefault="00000000">
            <w:pPr>
              <w:spacing w:after="0" w:line="252" w:lineRule="auto"/>
              <w:jc w:val="left"/>
            </w:pPr>
            <w:r>
              <w:rPr>
                <w:sz w:val="18"/>
              </w:rPr>
              <w:t>[Venue / chair]</w:t>
            </w:r>
          </w:p>
        </w:tc>
      </w:tr>
      <w:tr w:rsidR="00CF1076" w14:paraId="5BFF8F50" w14:textId="77777777">
        <w:trPr>
          <w:jc w:val="center"/>
        </w:trPr>
        <w:tc>
          <w:tcPr>
            <w:tcW w:w="1440" w:type="dxa"/>
            <w:shd w:val="clear" w:color="auto" w:fill="F4F7F5"/>
            <w:tcMar>
              <w:top w:w="100" w:type="dxa"/>
              <w:left w:w="120" w:type="dxa"/>
              <w:bottom w:w="100" w:type="dxa"/>
              <w:right w:w="120" w:type="dxa"/>
            </w:tcMar>
            <w:vAlign w:val="center"/>
          </w:tcPr>
          <w:p w14:paraId="5FF3E295" w14:textId="77777777" w:rsidR="00CF1076" w:rsidRDefault="00000000">
            <w:pPr>
              <w:spacing w:after="0" w:line="252" w:lineRule="auto"/>
              <w:jc w:val="left"/>
            </w:pPr>
            <w:r>
              <w:rPr>
                <w:sz w:val="18"/>
              </w:rPr>
              <w:t>[HH:MM]</w:t>
            </w:r>
          </w:p>
        </w:tc>
        <w:tc>
          <w:tcPr>
            <w:tcW w:w="5256" w:type="dxa"/>
            <w:shd w:val="clear" w:color="auto" w:fill="F4F7F5"/>
            <w:tcMar>
              <w:top w:w="100" w:type="dxa"/>
              <w:left w:w="120" w:type="dxa"/>
              <w:bottom w:w="100" w:type="dxa"/>
              <w:right w:w="120" w:type="dxa"/>
            </w:tcMar>
            <w:vAlign w:val="center"/>
          </w:tcPr>
          <w:p w14:paraId="2A484A38" w14:textId="77777777" w:rsidR="00CF1076" w:rsidRDefault="00000000">
            <w:pPr>
              <w:spacing w:after="0" w:line="252" w:lineRule="auto"/>
              <w:jc w:val="left"/>
            </w:pPr>
            <w:r>
              <w:rPr>
                <w:sz w:val="18"/>
              </w:rPr>
              <w:t>[Session or activity]</w:t>
            </w:r>
          </w:p>
        </w:tc>
        <w:tc>
          <w:tcPr>
            <w:tcW w:w="2520" w:type="dxa"/>
            <w:shd w:val="clear" w:color="auto" w:fill="F4F7F5"/>
            <w:tcMar>
              <w:top w:w="100" w:type="dxa"/>
              <w:left w:w="120" w:type="dxa"/>
              <w:bottom w:w="100" w:type="dxa"/>
              <w:right w:w="120" w:type="dxa"/>
            </w:tcMar>
            <w:vAlign w:val="center"/>
          </w:tcPr>
          <w:p w14:paraId="325402E3" w14:textId="77777777" w:rsidR="00CF1076" w:rsidRDefault="00000000">
            <w:pPr>
              <w:spacing w:after="0" w:line="252" w:lineRule="auto"/>
              <w:jc w:val="left"/>
            </w:pPr>
            <w:r>
              <w:rPr>
                <w:sz w:val="18"/>
              </w:rPr>
              <w:t>[Venue / chair]</w:t>
            </w:r>
          </w:p>
        </w:tc>
      </w:tr>
      <w:tr w:rsidR="00CF1076" w14:paraId="77A4F3F7" w14:textId="77777777">
        <w:trPr>
          <w:jc w:val="center"/>
        </w:trPr>
        <w:tc>
          <w:tcPr>
            <w:tcW w:w="1440" w:type="dxa"/>
            <w:tcMar>
              <w:top w:w="100" w:type="dxa"/>
              <w:left w:w="120" w:type="dxa"/>
              <w:bottom w:w="100" w:type="dxa"/>
              <w:right w:w="120" w:type="dxa"/>
            </w:tcMar>
            <w:vAlign w:val="center"/>
          </w:tcPr>
          <w:p w14:paraId="7629C986" w14:textId="77777777" w:rsidR="00CF1076" w:rsidRDefault="00000000">
            <w:pPr>
              <w:spacing w:after="0" w:line="252" w:lineRule="auto"/>
              <w:jc w:val="left"/>
            </w:pPr>
            <w:r>
              <w:rPr>
                <w:sz w:val="18"/>
              </w:rPr>
              <w:t>[HH:MM]</w:t>
            </w:r>
          </w:p>
        </w:tc>
        <w:tc>
          <w:tcPr>
            <w:tcW w:w="5256" w:type="dxa"/>
            <w:tcMar>
              <w:top w:w="100" w:type="dxa"/>
              <w:left w:w="120" w:type="dxa"/>
              <w:bottom w:w="100" w:type="dxa"/>
              <w:right w:w="120" w:type="dxa"/>
            </w:tcMar>
            <w:vAlign w:val="center"/>
          </w:tcPr>
          <w:p w14:paraId="3C25153D" w14:textId="77777777" w:rsidR="00CF1076" w:rsidRDefault="00000000">
            <w:pPr>
              <w:spacing w:after="0" w:line="252" w:lineRule="auto"/>
              <w:jc w:val="left"/>
            </w:pPr>
            <w:r>
              <w:rPr>
                <w:sz w:val="18"/>
              </w:rPr>
              <w:t>[Session or activity]</w:t>
            </w:r>
          </w:p>
        </w:tc>
        <w:tc>
          <w:tcPr>
            <w:tcW w:w="2520" w:type="dxa"/>
            <w:tcMar>
              <w:top w:w="100" w:type="dxa"/>
              <w:left w:w="120" w:type="dxa"/>
              <w:bottom w:w="100" w:type="dxa"/>
              <w:right w:w="120" w:type="dxa"/>
            </w:tcMar>
            <w:vAlign w:val="center"/>
          </w:tcPr>
          <w:p w14:paraId="75AC8CDD" w14:textId="77777777" w:rsidR="00CF1076" w:rsidRDefault="00000000">
            <w:pPr>
              <w:spacing w:after="0" w:line="252" w:lineRule="auto"/>
              <w:jc w:val="left"/>
            </w:pPr>
            <w:r>
              <w:rPr>
                <w:sz w:val="18"/>
              </w:rPr>
              <w:t>[Venue / chair]</w:t>
            </w:r>
          </w:p>
        </w:tc>
      </w:tr>
    </w:tbl>
    <w:p w14:paraId="0E304A56" w14:textId="77777777" w:rsidR="00CF1076" w:rsidRDefault="00CF1076">
      <w:pPr>
        <w:spacing w:after="0"/>
      </w:pPr>
    </w:p>
    <w:p w14:paraId="6DA0859A" w14:textId="77777777" w:rsidR="00CF1076" w:rsidRDefault="00000000">
      <w:pPr>
        <w:pStyle w:val="Heading2"/>
      </w:pPr>
      <w:bookmarkStart w:id="16" w:name="_Toc237123605"/>
      <w:r>
        <w:t>Day 2 — Monday, 24 August 2026</w:t>
      </w:r>
      <w:bookmarkEnd w:id="16"/>
    </w:p>
    <w:tbl>
      <w:tblPr>
        <w:tblStyle w:val="TableGrid"/>
        <w:tblW w:w="0" w:type="auto"/>
        <w:jc w:val="center"/>
        <w:tblLayout w:type="fixed"/>
        <w:tblLook w:val="04A0" w:firstRow="1" w:lastRow="0" w:firstColumn="1" w:lastColumn="0" w:noHBand="0" w:noVBand="1"/>
      </w:tblPr>
      <w:tblGrid>
        <w:gridCol w:w="1440"/>
        <w:gridCol w:w="5256"/>
        <w:gridCol w:w="2520"/>
      </w:tblGrid>
      <w:tr w:rsidR="00CF1076" w14:paraId="34866C2B" w14:textId="77777777">
        <w:trPr>
          <w:tblHeader/>
          <w:jc w:val="center"/>
        </w:trPr>
        <w:tc>
          <w:tcPr>
            <w:tcW w:w="1440" w:type="dxa"/>
            <w:shd w:val="clear" w:color="auto" w:fill="075B45"/>
            <w:tcMar>
              <w:top w:w="100" w:type="dxa"/>
              <w:left w:w="120" w:type="dxa"/>
              <w:bottom w:w="100" w:type="dxa"/>
              <w:right w:w="120" w:type="dxa"/>
            </w:tcMar>
            <w:vAlign w:val="center"/>
          </w:tcPr>
          <w:p w14:paraId="42326646" w14:textId="77777777" w:rsidR="00CF1076" w:rsidRDefault="00000000">
            <w:pPr>
              <w:spacing w:after="0" w:line="252" w:lineRule="auto"/>
              <w:jc w:val="center"/>
            </w:pPr>
            <w:r>
              <w:rPr>
                <w:b/>
                <w:color w:val="FFFFFF"/>
                <w:sz w:val="19"/>
              </w:rPr>
              <w:t>Time</w:t>
            </w:r>
          </w:p>
        </w:tc>
        <w:tc>
          <w:tcPr>
            <w:tcW w:w="5256" w:type="dxa"/>
            <w:shd w:val="clear" w:color="auto" w:fill="075B45"/>
            <w:tcMar>
              <w:top w:w="100" w:type="dxa"/>
              <w:left w:w="120" w:type="dxa"/>
              <w:bottom w:w="100" w:type="dxa"/>
              <w:right w:w="120" w:type="dxa"/>
            </w:tcMar>
            <w:vAlign w:val="center"/>
          </w:tcPr>
          <w:p w14:paraId="228A52B0" w14:textId="77777777" w:rsidR="00CF1076" w:rsidRDefault="00000000">
            <w:pPr>
              <w:spacing w:after="0" w:line="252" w:lineRule="auto"/>
              <w:jc w:val="center"/>
            </w:pPr>
            <w:r>
              <w:rPr>
                <w:b/>
                <w:color w:val="FFFFFF"/>
                <w:sz w:val="19"/>
              </w:rPr>
              <w:t>Session / activity</w:t>
            </w:r>
          </w:p>
        </w:tc>
        <w:tc>
          <w:tcPr>
            <w:tcW w:w="2520" w:type="dxa"/>
            <w:shd w:val="clear" w:color="auto" w:fill="075B45"/>
            <w:tcMar>
              <w:top w:w="100" w:type="dxa"/>
              <w:left w:w="120" w:type="dxa"/>
              <w:bottom w:w="100" w:type="dxa"/>
              <w:right w:w="120" w:type="dxa"/>
            </w:tcMar>
            <w:vAlign w:val="center"/>
          </w:tcPr>
          <w:p w14:paraId="2F92F9D0" w14:textId="77777777" w:rsidR="00CF1076" w:rsidRDefault="00000000">
            <w:pPr>
              <w:spacing w:after="0" w:line="252" w:lineRule="auto"/>
              <w:jc w:val="center"/>
            </w:pPr>
            <w:r>
              <w:rPr>
                <w:b/>
                <w:color w:val="FFFFFF"/>
                <w:sz w:val="19"/>
              </w:rPr>
              <w:t>Venue / chair</w:t>
            </w:r>
          </w:p>
        </w:tc>
      </w:tr>
      <w:tr w:rsidR="00CF1076" w14:paraId="5A5DD5AD" w14:textId="77777777">
        <w:trPr>
          <w:jc w:val="center"/>
        </w:trPr>
        <w:tc>
          <w:tcPr>
            <w:tcW w:w="1440" w:type="dxa"/>
            <w:tcMar>
              <w:top w:w="100" w:type="dxa"/>
              <w:left w:w="120" w:type="dxa"/>
              <w:bottom w:w="100" w:type="dxa"/>
              <w:right w:w="120" w:type="dxa"/>
            </w:tcMar>
            <w:vAlign w:val="center"/>
          </w:tcPr>
          <w:p w14:paraId="23F06BAA" w14:textId="77777777" w:rsidR="00CF1076" w:rsidRDefault="00000000">
            <w:pPr>
              <w:spacing w:after="0" w:line="252" w:lineRule="auto"/>
              <w:jc w:val="left"/>
            </w:pPr>
            <w:r>
              <w:rPr>
                <w:sz w:val="18"/>
              </w:rPr>
              <w:t>[HH:MM]</w:t>
            </w:r>
          </w:p>
        </w:tc>
        <w:tc>
          <w:tcPr>
            <w:tcW w:w="5256" w:type="dxa"/>
            <w:tcMar>
              <w:top w:w="100" w:type="dxa"/>
              <w:left w:w="120" w:type="dxa"/>
              <w:bottom w:w="100" w:type="dxa"/>
              <w:right w:w="120" w:type="dxa"/>
            </w:tcMar>
            <w:vAlign w:val="center"/>
          </w:tcPr>
          <w:p w14:paraId="595F1B85" w14:textId="77777777" w:rsidR="00CF1076" w:rsidRDefault="00000000">
            <w:pPr>
              <w:spacing w:after="0" w:line="252" w:lineRule="auto"/>
              <w:jc w:val="left"/>
            </w:pPr>
            <w:r>
              <w:rPr>
                <w:sz w:val="18"/>
              </w:rPr>
              <w:t>[Session or activity]</w:t>
            </w:r>
          </w:p>
        </w:tc>
        <w:tc>
          <w:tcPr>
            <w:tcW w:w="2520" w:type="dxa"/>
            <w:tcMar>
              <w:top w:w="100" w:type="dxa"/>
              <w:left w:w="120" w:type="dxa"/>
              <w:bottom w:w="100" w:type="dxa"/>
              <w:right w:w="120" w:type="dxa"/>
            </w:tcMar>
            <w:vAlign w:val="center"/>
          </w:tcPr>
          <w:p w14:paraId="30AF9116" w14:textId="77777777" w:rsidR="00CF1076" w:rsidRDefault="00000000">
            <w:pPr>
              <w:spacing w:after="0" w:line="252" w:lineRule="auto"/>
              <w:jc w:val="left"/>
            </w:pPr>
            <w:r>
              <w:rPr>
                <w:sz w:val="18"/>
              </w:rPr>
              <w:t>[Venue / chair]</w:t>
            </w:r>
          </w:p>
        </w:tc>
      </w:tr>
      <w:tr w:rsidR="00CF1076" w14:paraId="5FC1199D" w14:textId="77777777">
        <w:trPr>
          <w:jc w:val="center"/>
        </w:trPr>
        <w:tc>
          <w:tcPr>
            <w:tcW w:w="1440" w:type="dxa"/>
            <w:shd w:val="clear" w:color="auto" w:fill="F4F7F5"/>
            <w:tcMar>
              <w:top w:w="100" w:type="dxa"/>
              <w:left w:w="120" w:type="dxa"/>
              <w:bottom w:w="100" w:type="dxa"/>
              <w:right w:w="120" w:type="dxa"/>
            </w:tcMar>
            <w:vAlign w:val="center"/>
          </w:tcPr>
          <w:p w14:paraId="5CDB4223" w14:textId="77777777" w:rsidR="00CF1076" w:rsidRDefault="00000000">
            <w:pPr>
              <w:spacing w:after="0" w:line="252" w:lineRule="auto"/>
              <w:jc w:val="left"/>
            </w:pPr>
            <w:r>
              <w:rPr>
                <w:sz w:val="18"/>
              </w:rPr>
              <w:t>[HH:MM]</w:t>
            </w:r>
          </w:p>
        </w:tc>
        <w:tc>
          <w:tcPr>
            <w:tcW w:w="5256" w:type="dxa"/>
            <w:shd w:val="clear" w:color="auto" w:fill="F4F7F5"/>
            <w:tcMar>
              <w:top w:w="100" w:type="dxa"/>
              <w:left w:w="120" w:type="dxa"/>
              <w:bottom w:w="100" w:type="dxa"/>
              <w:right w:w="120" w:type="dxa"/>
            </w:tcMar>
            <w:vAlign w:val="center"/>
          </w:tcPr>
          <w:p w14:paraId="62850EF5" w14:textId="77777777" w:rsidR="00CF1076" w:rsidRDefault="00000000">
            <w:pPr>
              <w:spacing w:after="0" w:line="252" w:lineRule="auto"/>
              <w:jc w:val="left"/>
            </w:pPr>
            <w:r>
              <w:rPr>
                <w:sz w:val="18"/>
              </w:rPr>
              <w:t>[Session or activity]</w:t>
            </w:r>
          </w:p>
        </w:tc>
        <w:tc>
          <w:tcPr>
            <w:tcW w:w="2520" w:type="dxa"/>
            <w:shd w:val="clear" w:color="auto" w:fill="F4F7F5"/>
            <w:tcMar>
              <w:top w:w="100" w:type="dxa"/>
              <w:left w:w="120" w:type="dxa"/>
              <w:bottom w:w="100" w:type="dxa"/>
              <w:right w:w="120" w:type="dxa"/>
            </w:tcMar>
            <w:vAlign w:val="center"/>
          </w:tcPr>
          <w:p w14:paraId="259BA978" w14:textId="77777777" w:rsidR="00CF1076" w:rsidRDefault="00000000">
            <w:pPr>
              <w:spacing w:after="0" w:line="252" w:lineRule="auto"/>
              <w:jc w:val="left"/>
            </w:pPr>
            <w:r>
              <w:rPr>
                <w:sz w:val="18"/>
              </w:rPr>
              <w:t>[Venue / chair]</w:t>
            </w:r>
          </w:p>
        </w:tc>
      </w:tr>
      <w:tr w:rsidR="00CF1076" w14:paraId="21C730B3" w14:textId="77777777">
        <w:trPr>
          <w:jc w:val="center"/>
        </w:trPr>
        <w:tc>
          <w:tcPr>
            <w:tcW w:w="1440" w:type="dxa"/>
            <w:tcMar>
              <w:top w:w="100" w:type="dxa"/>
              <w:left w:w="120" w:type="dxa"/>
              <w:bottom w:w="100" w:type="dxa"/>
              <w:right w:w="120" w:type="dxa"/>
            </w:tcMar>
            <w:vAlign w:val="center"/>
          </w:tcPr>
          <w:p w14:paraId="0E007EA5" w14:textId="77777777" w:rsidR="00CF1076" w:rsidRDefault="00000000">
            <w:pPr>
              <w:spacing w:after="0" w:line="252" w:lineRule="auto"/>
              <w:jc w:val="left"/>
            </w:pPr>
            <w:r>
              <w:rPr>
                <w:sz w:val="18"/>
              </w:rPr>
              <w:t>[HH:MM]</w:t>
            </w:r>
          </w:p>
        </w:tc>
        <w:tc>
          <w:tcPr>
            <w:tcW w:w="5256" w:type="dxa"/>
            <w:tcMar>
              <w:top w:w="100" w:type="dxa"/>
              <w:left w:w="120" w:type="dxa"/>
              <w:bottom w:w="100" w:type="dxa"/>
              <w:right w:w="120" w:type="dxa"/>
            </w:tcMar>
            <w:vAlign w:val="center"/>
          </w:tcPr>
          <w:p w14:paraId="440734EA" w14:textId="77777777" w:rsidR="00CF1076" w:rsidRDefault="00000000">
            <w:pPr>
              <w:spacing w:after="0" w:line="252" w:lineRule="auto"/>
              <w:jc w:val="left"/>
            </w:pPr>
            <w:r>
              <w:rPr>
                <w:sz w:val="18"/>
              </w:rPr>
              <w:t>[Session or activity]</w:t>
            </w:r>
          </w:p>
        </w:tc>
        <w:tc>
          <w:tcPr>
            <w:tcW w:w="2520" w:type="dxa"/>
            <w:tcMar>
              <w:top w:w="100" w:type="dxa"/>
              <w:left w:w="120" w:type="dxa"/>
              <w:bottom w:w="100" w:type="dxa"/>
              <w:right w:w="120" w:type="dxa"/>
            </w:tcMar>
            <w:vAlign w:val="center"/>
          </w:tcPr>
          <w:p w14:paraId="6385DEF4" w14:textId="77777777" w:rsidR="00CF1076" w:rsidRDefault="00000000">
            <w:pPr>
              <w:spacing w:after="0" w:line="252" w:lineRule="auto"/>
              <w:jc w:val="left"/>
            </w:pPr>
            <w:r>
              <w:rPr>
                <w:sz w:val="18"/>
              </w:rPr>
              <w:t>[Venue / chair]</w:t>
            </w:r>
          </w:p>
        </w:tc>
      </w:tr>
    </w:tbl>
    <w:p w14:paraId="71A418BE" w14:textId="77777777" w:rsidR="00CF1076" w:rsidRDefault="00CF1076">
      <w:pPr>
        <w:spacing w:after="0"/>
      </w:pPr>
    </w:p>
    <w:p w14:paraId="3F56296F" w14:textId="77777777" w:rsidR="00CF1076" w:rsidRDefault="00000000">
      <w:pPr>
        <w:pStyle w:val="Heading2"/>
      </w:pPr>
      <w:bookmarkStart w:id="17" w:name="_Toc237123606"/>
      <w:r>
        <w:t>Day 3 — Tuesday, 25 August 2026</w:t>
      </w:r>
      <w:bookmarkEnd w:id="17"/>
    </w:p>
    <w:tbl>
      <w:tblPr>
        <w:tblStyle w:val="TableGrid"/>
        <w:tblW w:w="0" w:type="auto"/>
        <w:jc w:val="center"/>
        <w:tblLayout w:type="fixed"/>
        <w:tblLook w:val="04A0" w:firstRow="1" w:lastRow="0" w:firstColumn="1" w:lastColumn="0" w:noHBand="0" w:noVBand="1"/>
      </w:tblPr>
      <w:tblGrid>
        <w:gridCol w:w="1440"/>
        <w:gridCol w:w="5256"/>
        <w:gridCol w:w="2520"/>
      </w:tblGrid>
      <w:tr w:rsidR="00CF1076" w14:paraId="09B5A6E1" w14:textId="77777777">
        <w:trPr>
          <w:tblHeader/>
          <w:jc w:val="center"/>
        </w:trPr>
        <w:tc>
          <w:tcPr>
            <w:tcW w:w="1440" w:type="dxa"/>
            <w:shd w:val="clear" w:color="auto" w:fill="075B45"/>
            <w:tcMar>
              <w:top w:w="100" w:type="dxa"/>
              <w:left w:w="120" w:type="dxa"/>
              <w:bottom w:w="100" w:type="dxa"/>
              <w:right w:w="120" w:type="dxa"/>
            </w:tcMar>
            <w:vAlign w:val="center"/>
          </w:tcPr>
          <w:p w14:paraId="67805D44" w14:textId="77777777" w:rsidR="00CF1076" w:rsidRDefault="00000000">
            <w:pPr>
              <w:spacing w:after="0" w:line="252" w:lineRule="auto"/>
              <w:jc w:val="center"/>
            </w:pPr>
            <w:r>
              <w:rPr>
                <w:b/>
                <w:color w:val="FFFFFF"/>
                <w:sz w:val="19"/>
              </w:rPr>
              <w:t>Time</w:t>
            </w:r>
          </w:p>
        </w:tc>
        <w:tc>
          <w:tcPr>
            <w:tcW w:w="5256" w:type="dxa"/>
            <w:shd w:val="clear" w:color="auto" w:fill="075B45"/>
            <w:tcMar>
              <w:top w:w="100" w:type="dxa"/>
              <w:left w:w="120" w:type="dxa"/>
              <w:bottom w:w="100" w:type="dxa"/>
              <w:right w:w="120" w:type="dxa"/>
            </w:tcMar>
            <w:vAlign w:val="center"/>
          </w:tcPr>
          <w:p w14:paraId="4286E0A8" w14:textId="77777777" w:rsidR="00CF1076" w:rsidRDefault="00000000">
            <w:pPr>
              <w:spacing w:after="0" w:line="252" w:lineRule="auto"/>
              <w:jc w:val="center"/>
            </w:pPr>
            <w:r>
              <w:rPr>
                <w:b/>
                <w:color w:val="FFFFFF"/>
                <w:sz w:val="19"/>
              </w:rPr>
              <w:t>Session / activity</w:t>
            </w:r>
          </w:p>
        </w:tc>
        <w:tc>
          <w:tcPr>
            <w:tcW w:w="2520" w:type="dxa"/>
            <w:shd w:val="clear" w:color="auto" w:fill="075B45"/>
            <w:tcMar>
              <w:top w:w="100" w:type="dxa"/>
              <w:left w:w="120" w:type="dxa"/>
              <w:bottom w:w="100" w:type="dxa"/>
              <w:right w:w="120" w:type="dxa"/>
            </w:tcMar>
            <w:vAlign w:val="center"/>
          </w:tcPr>
          <w:p w14:paraId="4B655689" w14:textId="77777777" w:rsidR="00CF1076" w:rsidRDefault="00000000">
            <w:pPr>
              <w:spacing w:after="0" w:line="252" w:lineRule="auto"/>
              <w:jc w:val="center"/>
            </w:pPr>
            <w:r>
              <w:rPr>
                <w:b/>
                <w:color w:val="FFFFFF"/>
                <w:sz w:val="19"/>
              </w:rPr>
              <w:t>Venue / chair</w:t>
            </w:r>
          </w:p>
        </w:tc>
      </w:tr>
      <w:tr w:rsidR="00CF1076" w14:paraId="0544FBEE" w14:textId="77777777">
        <w:trPr>
          <w:jc w:val="center"/>
        </w:trPr>
        <w:tc>
          <w:tcPr>
            <w:tcW w:w="1440" w:type="dxa"/>
            <w:tcMar>
              <w:top w:w="100" w:type="dxa"/>
              <w:left w:w="120" w:type="dxa"/>
              <w:bottom w:w="100" w:type="dxa"/>
              <w:right w:w="120" w:type="dxa"/>
            </w:tcMar>
            <w:vAlign w:val="center"/>
          </w:tcPr>
          <w:p w14:paraId="18CFC8CD" w14:textId="77777777" w:rsidR="00CF1076" w:rsidRDefault="00000000">
            <w:pPr>
              <w:spacing w:after="0" w:line="252" w:lineRule="auto"/>
              <w:jc w:val="left"/>
            </w:pPr>
            <w:r>
              <w:rPr>
                <w:sz w:val="18"/>
              </w:rPr>
              <w:t>[HH:MM]</w:t>
            </w:r>
          </w:p>
        </w:tc>
        <w:tc>
          <w:tcPr>
            <w:tcW w:w="5256" w:type="dxa"/>
            <w:tcMar>
              <w:top w:w="100" w:type="dxa"/>
              <w:left w:w="120" w:type="dxa"/>
              <w:bottom w:w="100" w:type="dxa"/>
              <w:right w:w="120" w:type="dxa"/>
            </w:tcMar>
            <w:vAlign w:val="center"/>
          </w:tcPr>
          <w:p w14:paraId="765729C0" w14:textId="77777777" w:rsidR="00CF1076" w:rsidRDefault="00000000">
            <w:pPr>
              <w:spacing w:after="0" w:line="252" w:lineRule="auto"/>
              <w:jc w:val="left"/>
            </w:pPr>
            <w:r>
              <w:rPr>
                <w:sz w:val="18"/>
              </w:rPr>
              <w:t>[Session or activity]</w:t>
            </w:r>
          </w:p>
        </w:tc>
        <w:tc>
          <w:tcPr>
            <w:tcW w:w="2520" w:type="dxa"/>
            <w:tcMar>
              <w:top w:w="100" w:type="dxa"/>
              <w:left w:w="120" w:type="dxa"/>
              <w:bottom w:w="100" w:type="dxa"/>
              <w:right w:w="120" w:type="dxa"/>
            </w:tcMar>
            <w:vAlign w:val="center"/>
          </w:tcPr>
          <w:p w14:paraId="08E99D52" w14:textId="77777777" w:rsidR="00CF1076" w:rsidRDefault="00000000">
            <w:pPr>
              <w:spacing w:after="0" w:line="252" w:lineRule="auto"/>
              <w:jc w:val="left"/>
            </w:pPr>
            <w:r>
              <w:rPr>
                <w:sz w:val="18"/>
              </w:rPr>
              <w:t>[Venue / chair]</w:t>
            </w:r>
          </w:p>
        </w:tc>
      </w:tr>
      <w:tr w:rsidR="00CF1076" w14:paraId="6AFFAF71" w14:textId="77777777">
        <w:trPr>
          <w:jc w:val="center"/>
        </w:trPr>
        <w:tc>
          <w:tcPr>
            <w:tcW w:w="1440" w:type="dxa"/>
            <w:shd w:val="clear" w:color="auto" w:fill="F4F7F5"/>
            <w:tcMar>
              <w:top w:w="100" w:type="dxa"/>
              <w:left w:w="120" w:type="dxa"/>
              <w:bottom w:w="100" w:type="dxa"/>
              <w:right w:w="120" w:type="dxa"/>
            </w:tcMar>
            <w:vAlign w:val="center"/>
          </w:tcPr>
          <w:p w14:paraId="42818239" w14:textId="77777777" w:rsidR="00CF1076" w:rsidRDefault="00000000">
            <w:pPr>
              <w:spacing w:after="0" w:line="252" w:lineRule="auto"/>
              <w:jc w:val="left"/>
            </w:pPr>
            <w:r>
              <w:rPr>
                <w:sz w:val="18"/>
              </w:rPr>
              <w:t>[HH:MM]</w:t>
            </w:r>
          </w:p>
        </w:tc>
        <w:tc>
          <w:tcPr>
            <w:tcW w:w="5256" w:type="dxa"/>
            <w:shd w:val="clear" w:color="auto" w:fill="F4F7F5"/>
            <w:tcMar>
              <w:top w:w="100" w:type="dxa"/>
              <w:left w:w="120" w:type="dxa"/>
              <w:bottom w:w="100" w:type="dxa"/>
              <w:right w:w="120" w:type="dxa"/>
            </w:tcMar>
            <w:vAlign w:val="center"/>
          </w:tcPr>
          <w:p w14:paraId="7D6D9759" w14:textId="77777777" w:rsidR="00CF1076" w:rsidRDefault="00000000">
            <w:pPr>
              <w:spacing w:after="0" w:line="252" w:lineRule="auto"/>
              <w:jc w:val="left"/>
            </w:pPr>
            <w:r>
              <w:rPr>
                <w:sz w:val="18"/>
              </w:rPr>
              <w:t>[Session or activity]</w:t>
            </w:r>
          </w:p>
        </w:tc>
        <w:tc>
          <w:tcPr>
            <w:tcW w:w="2520" w:type="dxa"/>
            <w:shd w:val="clear" w:color="auto" w:fill="F4F7F5"/>
            <w:tcMar>
              <w:top w:w="100" w:type="dxa"/>
              <w:left w:w="120" w:type="dxa"/>
              <w:bottom w:w="100" w:type="dxa"/>
              <w:right w:w="120" w:type="dxa"/>
            </w:tcMar>
            <w:vAlign w:val="center"/>
          </w:tcPr>
          <w:p w14:paraId="70543EF2" w14:textId="77777777" w:rsidR="00CF1076" w:rsidRDefault="00000000">
            <w:pPr>
              <w:spacing w:after="0" w:line="252" w:lineRule="auto"/>
              <w:jc w:val="left"/>
            </w:pPr>
            <w:r>
              <w:rPr>
                <w:sz w:val="18"/>
              </w:rPr>
              <w:t>[Venue / chair]</w:t>
            </w:r>
          </w:p>
        </w:tc>
      </w:tr>
      <w:tr w:rsidR="00CF1076" w14:paraId="42247DCB" w14:textId="77777777">
        <w:trPr>
          <w:jc w:val="center"/>
        </w:trPr>
        <w:tc>
          <w:tcPr>
            <w:tcW w:w="1440" w:type="dxa"/>
            <w:tcMar>
              <w:top w:w="100" w:type="dxa"/>
              <w:left w:w="120" w:type="dxa"/>
              <w:bottom w:w="100" w:type="dxa"/>
              <w:right w:w="120" w:type="dxa"/>
            </w:tcMar>
            <w:vAlign w:val="center"/>
          </w:tcPr>
          <w:p w14:paraId="6DFA60AF" w14:textId="77777777" w:rsidR="00CF1076" w:rsidRDefault="00000000">
            <w:pPr>
              <w:spacing w:after="0" w:line="252" w:lineRule="auto"/>
              <w:jc w:val="left"/>
            </w:pPr>
            <w:r>
              <w:rPr>
                <w:sz w:val="18"/>
              </w:rPr>
              <w:t>[HH:MM]</w:t>
            </w:r>
          </w:p>
        </w:tc>
        <w:tc>
          <w:tcPr>
            <w:tcW w:w="5256" w:type="dxa"/>
            <w:tcMar>
              <w:top w:w="100" w:type="dxa"/>
              <w:left w:w="120" w:type="dxa"/>
              <w:bottom w:w="100" w:type="dxa"/>
              <w:right w:w="120" w:type="dxa"/>
            </w:tcMar>
            <w:vAlign w:val="center"/>
          </w:tcPr>
          <w:p w14:paraId="395C034C" w14:textId="77777777" w:rsidR="00CF1076" w:rsidRDefault="00000000">
            <w:pPr>
              <w:spacing w:after="0" w:line="252" w:lineRule="auto"/>
              <w:jc w:val="left"/>
            </w:pPr>
            <w:r>
              <w:rPr>
                <w:sz w:val="18"/>
              </w:rPr>
              <w:t>[Session or activity]</w:t>
            </w:r>
          </w:p>
        </w:tc>
        <w:tc>
          <w:tcPr>
            <w:tcW w:w="2520" w:type="dxa"/>
            <w:tcMar>
              <w:top w:w="100" w:type="dxa"/>
              <w:left w:w="120" w:type="dxa"/>
              <w:bottom w:w="100" w:type="dxa"/>
              <w:right w:w="120" w:type="dxa"/>
            </w:tcMar>
            <w:vAlign w:val="center"/>
          </w:tcPr>
          <w:p w14:paraId="19F75FD7" w14:textId="77777777" w:rsidR="00CF1076" w:rsidRDefault="00000000">
            <w:pPr>
              <w:spacing w:after="0" w:line="252" w:lineRule="auto"/>
              <w:jc w:val="left"/>
            </w:pPr>
            <w:r>
              <w:rPr>
                <w:sz w:val="18"/>
              </w:rPr>
              <w:t>[Venue / chair]</w:t>
            </w:r>
          </w:p>
        </w:tc>
      </w:tr>
    </w:tbl>
    <w:p w14:paraId="0CFAA18D" w14:textId="77777777" w:rsidR="00CF1076" w:rsidRDefault="00CF1076">
      <w:pPr>
        <w:spacing w:after="0"/>
      </w:pPr>
    </w:p>
    <w:p w14:paraId="061458AC" w14:textId="77777777" w:rsidR="00CF1076" w:rsidRDefault="00000000">
      <w:pPr>
        <w:pStyle w:val="Heading2"/>
      </w:pPr>
      <w:bookmarkStart w:id="18" w:name="_Toc237123607"/>
      <w:r>
        <w:t>Day 4 — Wednesday, 26 August 2026</w:t>
      </w:r>
      <w:bookmarkEnd w:id="18"/>
    </w:p>
    <w:tbl>
      <w:tblPr>
        <w:tblStyle w:val="TableGrid"/>
        <w:tblW w:w="0" w:type="auto"/>
        <w:jc w:val="center"/>
        <w:tblLayout w:type="fixed"/>
        <w:tblLook w:val="04A0" w:firstRow="1" w:lastRow="0" w:firstColumn="1" w:lastColumn="0" w:noHBand="0" w:noVBand="1"/>
      </w:tblPr>
      <w:tblGrid>
        <w:gridCol w:w="1440"/>
        <w:gridCol w:w="5256"/>
        <w:gridCol w:w="2520"/>
      </w:tblGrid>
      <w:tr w:rsidR="00CF1076" w14:paraId="04184428" w14:textId="77777777">
        <w:trPr>
          <w:tblHeader/>
          <w:jc w:val="center"/>
        </w:trPr>
        <w:tc>
          <w:tcPr>
            <w:tcW w:w="1440" w:type="dxa"/>
            <w:shd w:val="clear" w:color="auto" w:fill="075B45"/>
            <w:tcMar>
              <w:top w:w="100" w:type="dxa"/>
              <w:left w:w="120" w:type="dxa"/>
              <w:bottom w:w="100" w:type="dxa"/>
              <w:right w:w="120" w:type="dxa"/>
            </w:tcMar>
            <w:vAlign w:val="center"/>
          </w:tcPr>
          <w:p w14:paraId="559A65AC" w14:textId="77777777" w:rsidR="00CF1076" w:rsidRDefault="00000000">
            <w:pPr>
              <w:spacing w:after="0" w:line="252" w:lineRule="auto"/>
              <w:jc w:val="center"/>
            </w:pPr>
            <w:r>
              <w:rPr>
                <w:b/>
                <w:color w:val="FFFFFF"/>
                <w:sz w:val="19"/>
              </w:rPr>
              <w:t>Time</w:t>
            </w:r>
          </w:p>
        </w:tc>
        <w:tc>
          <w:tcPr>
            <w:tcW w:w="5256" w:type="dxa"/>
            <w:shd w:val="clear" w:color="auto" w:fill="075B45"/>
            <w:tcMar>
              <w:top w:w="100" w:type="dxa"/>
              <w:left w:w="120" w:type="dxa"/>
              <w:bottom w:w="100" w:type="dxa"/>
              <w:right w:w="120" w:type="dxa"/>
            </w:tcMar>
            <w:vAlign w:val="center"/>
          </w:tcPr>
          <w:p w14:paraId="1F3B5140" w14:textId="77777777" w:rsidR="00CF1076" w:rsidRDefault="00000000">
            <w:pPr>
              <w:spacing w:after="0" w:line="252" w:lineRule="auto"/>
              <w:jc w:val="center"/>
            </w:pPr>
            <w:r>
              <w:rPr>
                <w:b/>
                <w:color w:val="FFFFFF"/>
                <w:sz w:val="19"/>
              </w:rPr>
              <w:t>Session / activity</w:t>
            </w:r>
          </w:p>
        </w:tc>
        <w:tc>
          <w:tcPr>
            <w:tcW w:w="2520" w:type="dxa"/>
            <w:shd w:val="clear" w:color="auto" w:fill="075B45"/>
            <w:tcMar>
              <w:top w:w="100" w:type="dxa"/>
              <w:left w:w="120" w:type="dxa"/>
              <w:bottom w:w="100" w:type="dxa"/>
              <w:right w:w="120" w:type="dxa"/>
            </w:tcMar>
            <w:vAlign w:val="center"/>
          </w:tcPr>
          <w:p w14:paraId="41A8CEF4" w14:textId="77777777" w:rsidR="00CF1076" w:rsidRDefault="00000000">
            <w:pPr>
              <w:spacing w:after="0" w:line="252" w:lineRule="auto"/>
              <w:jc w:val="center"/>
            </w:pPr>
            <w:r>
              <w:rPr>
                <w:b/>
                <w:color w:val="FFFFFF"/>
                <w:sz w:val="19"/>
              </w:rPr>
              <w:t>Venue / chair</w:t>
            </w:r>
          </w:p>
        </w:tc>
      </w:tr>
      <w:tr w:rsidR="00CF1076" w14:paraId="53BBA932" w14:textId="77777777">
        <w:trPr>
          <w:jc w:val="center"/>
        </w:trPr>
        <w:tc>
          <w:tcPr>
            <w:tcW w:w="1440" w:type="dxa"/>
            <w:tcMar>
              <w:top w:w="100" w:type="dxa"/>
              <w:left w:w="120" w:type="dxa"/>
              <w:bottom w:w="100" w:type="dxa"/>
              <w:right w:w="120" w:type="dxa"/>
            </w:tcMar>
            <w:vAlign w:val="center"/>
          </w:tcPr>
          <w:p w14:paraId="31FB5A05" w14:textId="77777777" w:rsidR="00CF1076" w:rsidRDefault="00000000">
            <w:pPr>
              <w:spacing w:after="0" w:line="252" w:lineRule="auto"/>
              <w:jc w:val="left"/>
            </w:pPr>
            <w:r>
              <w:rPr>
                <w:sz w:val="18"/>
              </w:rPr>
              <w:t>[HH:MM]</w:t>
            </w:r>
          </w:p>
        </w:tc>
        <w:tc>
          <w:tcPr>
            <w:tcW w:w="5256" w:type="dxa"/>
            <w:tcMar>
              <w:top w:w="100" w:type="dxa"/>
              <w:left w:w="120" w:type="dxa"/>
              <w:bottom w:w="100" w:type="dxa"/>
              <w:right w:w="120" w:type="dxa"/>
            </w:tcMar>
            <w:vAlign w:val="center"/>
          </w:tcPr>
          <w:p w14:paraId="12B94118" w14:textId="77777777" w:rsidR="00CF1076" w:rsidRDefault="00000000">
            <w:pPr>
              <w:spacing w:after="0" w:line="252" w:lineRule="auto"/>
              <w:jc w:val="left"/>
            </w:pPr>
            <w:r>
              <w:rPr>
                <w:sz w:val="18"/>
              </w:rPr>
              <w:t>[Session or activity]</w:t>
            </w:r>
          </w:p>
        </w:tc>
        <w:tc>
          <w:tcPr>
            <w:tcW w:w="2520" w:type="dxa"/>
            <w:tcMar>
              <w:top w:w="100" w:type="dxa"/>
              <w:left w:w="120" w:type="dxa"/>
              <w:bottom w:w="100" w:type="dxa"/>
              <w:right w:w="120" w:type="dxa"/>
            </w:tcMar>
            <w:vAlign w:val="center"/>
          </w:tcPr>
          <w:p w14:paraId="6802EFF0" w14:textId="77777777" w:rsidR="00CF1076" w:rsidRDefault="00000000">
            <w:pPr>
              <w:spacing w:after="0" w:line="252" w:lineRule="auto"/>
              <w:jc w:val="left"/>
            </w:pPr>
            <w:r>
              <w:rPr>
                <w:sz w:val="18"/>
              </w:rPr>
              <w:t>[Venue / chair]</w:t>
            </w:r>
          </w:p>
        </w:tc>
      </w:tr>
      <w:tr w:rsidR="00CF1076" w14:paraId="713E15DF" w14:textId="77777777">
        <w:trPr>
          <w:jc w:val="center"/>
        </w:trPr>
        <w:tc>
          <w:tcPr>
            <w:tcW w:w="1440" w:type="dxa"/>
            <w:shd w:val="clear" w:color="auto" w:fill="F4F7F5"/>
            <w:tcMar>
              <w:top w:w="100" w:type="dxa"/>
              <w:left w:w="120" w:type="dxa"/>
              <w:bottom w:w="100" w:type="dxa"/>
              <w:right w:w="120" w:type="dxa"/>
            </w:tcMar>
            <w:vAlign w:val="center"/>
          </w:tcPr>
          <w:p w14:paraId="6156C94A" w14:textId="77777777" w:rsidR="00CF1076" w:rsidRDefault="00000000">
            <w:pPr>
              <w:spacing w:after="0" w:line="252" w:lineRule="auto"/>
              <w:jc w:val="left"/>
            </w:pPr>
            <w:r>
              <w:rPr>
                <w:sz w:val="18"/>
              </w:rPr>
              <w:t>[HH:MM]</w:t>
            </w:r>
          </w:p>
        </w:tc>
        <w:tc>
          <w:tcPr>
            <w:tcW w:w="5256" w:type="dxa"/>
            <w:shd w:val="clear" w:color="auto" w:fill="F4F7F5"/>
            <w:tcMar>
              <w:top w:w="100" w:type="dxa"/>
              <w:left w:w="120" w:type="dxa"/>
              <w:bottom w:w="100" w:type="dxa"/>
              <w:right w:w="120" w:type="dxa"/>
            </w:tcMar>
            <w:vAlign w:val="center"/>
          </w:tcPr>
          <w:p w14:paraId="59750BD3" w14:textId="77777777" w:rsidR="00CF1076" w:rsidRDefault="00000000">
            <w:pPr>
              <w:spacing w:after="0" w:line="252" w:lineRule="auto"/>
              <w:jc w:val="left"/>
            </w:pPr>
            <w:r>
              <w:rPr>
                <w:sz w:val="18"/>
              </w:rPr>
              <w:t>[Session or activity]</w:t>
            </w:r>
          </w:p>
        </w:tc>
        <w:tc>
          <w:tcPr>
            <w:tcW w:w="2520" w:type="dxa"/>
            <w:shd w:val="clear" w:color="auto" w:fill="F4F7F5"/>
            <w:tcMar>
              <w:top w:w="100" w:type="dxa"/>
              <w:left w:w="120" w:type="dxa"/>
              <w:bottom w:w="100" w:type="dxa"/>
              <w:right w:w="120" w:type="dxa"/>
            </w:tcMar>
            <w:vAlign w:val="center"/>
          </w:tcPr>
          <w:p w14:paraId="7A5385B9" w14:textId="77777777" w:rsidR="00CF1076" w:rsidRDefault="00000000">
            <w:pPr>
              <w:spacing w:after="0" w:line="252" w:lineRule="auto"/>
              <w:jc w:val="left"/>
            </w:pPr>
            <w:r>
              <w:rPr>
                <w:sz w:val="18"/>
              </w:rPr>
              <w:t>[Venue / chair]</w:t>
            </w:r>
          </w:p>
        </w:tc>
      </w:tr>
      <w:tr w:rsidR="00CF1076" w14:paraId="48350EA3" w14:textId="77777777">
        <w:trPr>
          <w:jc w:val="center"/>
        </w:trPr>
        <w:tc>
          <w:tcPr>
            <w:tcW w:w="1440" w:type="dxa"/>
            <w:tcMar>
              <w:top w:w="100" w:type="dxa"/>
              <w:left w:w="120" w:type="dxa"/>
              <w:bottom w:w="100" w:type="dxa"/>
              <w:right w:w="120" w:type="dxa"/>
            </w:tcMar>
            <w:vAlign w:val="center"/>
          </w:tcPr>
          <w:p w14:paraId="75D9FC07" w14:textId="77777777" w:rsidR="00CF1076" w:rsidRDefault="00000000">
            <w:pPr>
              <w:spacing w:after="0" w:line="252" w:lineRule="auto"/>
              <w:jc w:val="left"/>
            </w:pPr>
            <w:r>
              <w:rPr>
                <w:sz w:val="18"/>
              </w:rPr>
              <w:t>[HH:MM]</w:t>
            </w:r>
          </w:p>
        </w:tc>
        <w:tc>
          <w:tcPr>
            <w:tcW w:w="5256" w:type="dxa"/>
            <w:tcMar>
              <w:top w:w="100" w:type="dxa"/>
              <w:left w:w="120" w:type="dxa"/>
              <w:bottom w:w="100" w:type="dxa"/>
              <w:right w:w="120" w:type="dxa"/>
            </w:tcMar>
            <w:vAlign w:val="center"/>
          </w:tcPr>
          <w:p w14:paraId="46A687A9" w14:textId="77777777" w:rsidR="00CF1076" w:rsidRDefault="00000000">
            <w:pPr>
              <w:spacing w:after="0" w:line="252" w:lineRule="auto"/>
              <w:jc w:val="left"/>
            </w:pPr>
            <w:r>
              <w:rPr>
                <w:sz w:val="18"/>
              </w:rPr>
              <w:t>[Session or activity]</w:t>
            </w:r>
          </w:p>
        </w:tc>
        <w:tc>
          <w:tcPr>
            <w:tcW w:w="2520" w:type="dxa"/>
            <w:tcMar>
              <w:top w:w="100" w:type="dxa"/>
              <w:left w:w="120" w:type="dxa"/>
              <w:bottom w:w="100" w:type="dxa"/>
              <w:right w:w="120" w:type="dxa"/>
            </w:tcMar>
            <w:vAlign w:val="center"/>
          </w:tcPr>
          <w:p w14:paraId="7DAF469E" w14:textId="77777777" w:rsidR="00CF1076" w:rsidRDefault="00000000">
            <w:pPr>
              <w:spacing w:after="0" w:line="252" w:lineRule="auto"/>
              <w:jc w:val="left"/>
            </w:pPr>
            <w:r>
              <w:rPr>
                <w:sz w:val="18"/>
              </w:rPr>
              <w:t>[Venue / chair]</w:t>
            </w:r>
          </w:p>
        </w:tc>
      </w:tr>
    </w:tbl>
    <w:p w14:paraId="367F6B24" w14:textId="77777777" w:rsidR="00CF1076" w:rsidRDefault="00CF1076">
      <w:pPr>
        <w:spacing w:after="0"/>
      </w:pPr>
    </w:p>
    <w:p w14:paraId="513E1B72" w14:textId="77777777" w:rsidR="00CF1076" w:rsidRDefault="00000000">
      <w:r>
        <w:br w:type="page"/>
      </w:r>
    </w:p>
    <w:p w14:paraId="56AFB64F" w14:textId="77777777" w:rsidR="00CF1076" w:rsidRDefault="00000000">
      <w:pPr>
        <w:pStyle w:val="Heading1"/>
      </w:pPr>
      <w:bookmarkStart w:id="19" w:name="_Toc237123608"/>
      <w:r>
        <w:lastRenderedPageBreak/>
        <w:t>Technical Tracks and Sub-Themes</w:t>
      </w:r>
      <w:bookmarkEnd w:id="19"/>
    </w:p>
    <w:tbl>
      <w:tblPr>
        <w:tblStyle w:val="TableGrid"/>
        <w:tblW w:w="0" w:type="auto"/>
        <w:jc w:val="center"/>
        <w:tblLayout w:type="fixed"/>
        <w:tblLook w:val="04A0" w:firstRow="1" w:lastRow="0" w:firstColumn="1" w:lastColumn="0" w:noHBand="0" w:noVBand="1"/>
      </w:tblPr>
      <w:tblGrid>
        <w:gridCol w:w="936"/>
        <w:gridCol w:w="3384"/>
        <w:gridCol w:w="4896"/>
      </w:tblGrid>
      <w:tr w:rsidR="00CF1076" w14:paraId="5D619BA6" w14:textId="77777777">
        <w:trPr>
          <w:tblHeader/>
          <w:jc w:val="center"/>
        </w:trPr>
        <w:tc>
          <w:tcPr>
            <w:tcW w:w="936" w:type="dxa"/>
            <w:shd w:val="clear" w:color="auto" w:fill="075B45"/>
            <w:tcMar>
              <w:top w:w="100" w:type="dxa"/>
              <w:left w:w="120" w:type="dxa"/>
              <w:bottom w:w="100" w:type="dxa"/>
              <w:right w:w="120" w:type="dxa"/>
            </w:tcMar>
            <w:vAlign w:val="center"/>
          </w:tcPr>
          <w:p w14:paraId="2DF1E2FF" w14:textId="77777777" w:rsidR="00CF1076" w:rsidRDefault="00000000">
            <w:pPr>
              <w:spacing w:after="0" w:line="252" w:lineRule="auto"/>
              <w:jc w:val="center"/>
            </w:pPr>
            <w:r>
              <w:rPr>
                <w:b/>
                <w:color w:val="FFFFFF"/>
                <w:sz w:val="19"/>
              </w:rPr>
              <w:t>Code</w:t>
            </w:r>
          </w:p>
        </w:tc>
        <w:tc>
          <w:tcPr>
            <w:tcW w:w="3384" w:type="dxa"/>
            <w:shd w:val="clear" w:color="auto" w:fill="075B45"/>
            <w:tcMar>
              <w:top w:w="100" w:type="dxa"/>
              <w:left w:w="120" w:type="dxa"/>
              <w:bottom w:w="100" w:type="dxa"/>
              <w:right w:w="120" w:type="dxa"/>
            </w:tcMar>
            <w:vAlign w:val="center"/>
          </w:tcPr>
          <w:p w14:paraId="339E1280" w14:textId="77777777" w:rsidR="00CF1076" w:rsidRDefault="00000000">
            <w:pPr>
              <w:spacing w:after="0" w:line="252" w:lineRule="auto"/>
              <w:jc w:val="center"/>
            </w:pPr>
            <w:r>
              <w:rPr>
                <w:b/>
                <w:color w:val="FFFFFF"/>
                <w:sz w:val="19"/>
              </w:rPr>
              <w:t>Track title</w:t>
            </w:r>
          </w:p>
        </w:tc>
        <w:tc>
          <w:tcPr>
            <w:tcW w:w="4896" w:type="dxa"/>
            <w:shd w:val="clear" w:color="auto" w:fill="075B45"/>
            <w:tcMar>
              <w:top w:w="100" w:type="dxa"/>
              <w:left w:w="120" w:type="dxa"/>
              <w:bottom w:w="100" w:type="dxa"/>
              <w:right w:w="120" w:type="dxa"/>
            </w:tcMar>
            <w:vAlign w:val="center"/>
          </w:tcPr>
          <w:p w14:paraId="52388560" w14:textId="77777777" w:rsidR="00CF1076" w:rsidRDefault="00000000">
            <w:pPr>
              <w:spacing w:after="0" w:line="252" w:lineRule="auto"/>
              <w:jc w:val="center"/>
            </w:pPr>
            <w:r>
              <w:rPr>
                <w:b/>
                <w:color w:val="FFFFFF"/>
                <w:sz w:val="19"/>
              </w:rPr>
              <w:t>Coverage</w:t>
            </w:r>
          </w:p>
        </w:tc>
      </w:tr>
      <w:tr w:rsidR="00CF1076" w14:paraId="283A1CBC" w14:textId="77777777">
        <w:trPr>
          <w:jc w:val="center"/>
        </w:trPr>
        <w:tc>
          <w:tcPr>
            <w:tcW w:w="936" w:type="dxa"/>
            <w:tcMar>
              <w:top w:w="100" w:type="dxa"/>
              <w:left w:w="120" w:type="dxa"/>
              <w:bottom w:w="100" w:type="dxa"/>
              <w:right w:w="120" w:type="dxa"/>
            </w:tcMar>
            <w:vAlign w:val="center"/>
          </w:tcPr>
          <w:p w14:paraId="049D1F1A" w14:textId="77777777" w:rsidR="00CF1076" w:rsidRDefault="00000000">
            <w:pPr>
              <w:spacing w:after="0" w:line="252" w:lineRule="auto"/>
              <w:jc w:val="left"/>
            </w:pPr>
            <w:r>
              <w:rPr>
                <w:sz w:val="18"/>
              </w:rPr>
              <w:t>T-01</w:t>
            </w:r>
          </w:p>
        </w:tc>
        <w:tc>
          <w:tcPr>
            <w:tcW w:w="3384" w:type="dxa"/>
            <w:tcMar>
              <w:top w:w="100" w:type="dxa"/>
              <w:left w:w="120" w:type="dxa"/>
              <w:bottom w:w="100" w:type="dxa"/>
              <w:right w:w="120" w:type="dxa"/>
            </w:tcMar>
            <w:vAlign w:val="center"/>
          </w:tcPr>
          <w:p w14:paraId="1ABEDC39" w14:textId="77777777" w:rsidR="00CF1076" w:rsidRDefault="00000000">
            <w:pPr>
              <w:spacing w:after="0" w:line="252" w:lineRule="auto"/>
              <w:jc w:val="left"/>
            </w:pPr>
            <w:r>
              <w:rPr>
                <w:sz w:val="18"/>
              </w:rPr>
              <w:t>Biotechnology, Biological and Medical Innovation</w:t>
            </w:r>
          </w:p>
        </w:tc>
        <w:tc>
          <w:tcPr>
            <w:tcW w:w="4896" w:type="dxa"/>
            <w:tcMar>
              <w:top w:w="100" w:type="dxa"/>
              <w:left w:w="120" w:type="dxa"/>
              <w:bottom w:w="100" w:type="dxa"/>
              <w:right w:w="120" w:type="dxa"/>
            </w:tcMar>
            <w:vAlign w:val="center"/>
          </w:tcPr>
          <w:p w14:paraId="27133DE4" w14:textId="77777777" w:rsidR="00CF1076" w:rsidRDefault="00000000">
            <w:pPr>
              <w:spacing w:after="0" w:line="252" w:lineRule="auto"/>
              <w:jc w:val="left"/>
            </w:pPr>
            <w:r>
              <w:rPr>
                <w:sz w:val="18"/>
              </w:rPr>
              <w:t>Biotechnology; medical and health innovation; molecular biology; genetics; biodiversity; bioinformatics; computational biology.</w:t>
            </w:r>
          </w:p>
        </w:tc>
      </w:tr>
      <w:tr w:rsidR="00CF1076" w14:paraId="19154310" w14:textId="77777777">
        <w:trPr>
          <w:jc w:val="center"/>
        </w:trPr>
        <w:tc>
          <w:tcPr>
            <w:tcW w:w="936" w:type="dxa"/>
            <w:shd w:val="clear" w:color="auto" w:fill="F4F7F5"/>
            <w:tcMar>
              <w:top w:w="100" w:type="dxa"/>
              <w:left w:w="120" w:type="dxa"/>
              <w:bottom w:w="100" w:type="dxa"/>
              <w:right w:w="120" w:type="dxa"/>
            </w:tcMar>
            <w:vAlign w:val="center"/>
          </w:tcPr>
          <w:p w14:paraId="586D2805" w14:textId="77777777" w:rsidR="00CF1076" w:rsidRDefault="00000000">
            <w:pPr>
              <w:spacing w:after="0" w:line="252" w:lineRule="auto"/>
              <w:jc w:val="left"/>
            </w:pPr>
            <w:r>
              <w:rPr>
                <w:sz w:val="18"/>
              </w:rPr>
              <w:t>T-02</w:t>
            </w:r>
          </w:p>
        </w:tc>
        <w:tc>
          <w:tcPr>
            <w:tcW w:w="3384" w:type="dxa"/>
            <w:shd w:val="clear" w:color="auto" w:fill="F4F7F5"/>
            <w:tcMar>
              <w:top w:w="100" w:type="dxa"/>
              <w:left w:w="120" w:type="dxa"/>
              <w:bottom w:w="100" w:type="dxa"/>
              <w:right w:w="120" w:type="dxa"/>
            </w:tcMar>
            <w:vAlign w:val="center"/>
          </w:tcPr>
          <w:p w14:paraId="6EA52BD8" w14:textId="77777777" w:rsidR="00CF1076" w:rsidRDefault="00000000">
            <w:pPr>
              <w:spacing w:after="0" w:line="252" w:lineRule="auto"/>
              <w:jc w:val="left"/>
            </w:pPr>
            <w:r>
              <w:rPr>
                <w:sz w:val="18"/>
              </w:rPr>
              <w:t>Environment, Climate, Conservation and Natural Resources</w:t>
            </w:r>
          </w:p>
        </w:tc>
        <w:tc>
          <w:tcPr>
            <w:tcW w:w="4896" w:type="dxa"/>
            <w:shd w:val="clear" w:color="auto" w:fill="F4F7F5"/>
            <w:tcMar>
              <w:top w:w="100" w:type="dxa"/>
              <w:left w:w="120" w:type="dxa"/>
              <w:bottom w:w="100" w:type="dxa"/>
              <w:right w:w="120" w:type="dxa"/>
            </w:tcMar>
            <w:vAlign w:val="center"/>
          </w:tcPr>
          <w:p w14:paraId="518FEA1D" w14:textId="77777777" w:rsidR="00CF1076" w:rsidRDefault="00000000">
            <w:pPr>
              <w:spacing w:after="0" w:line="252" w:lineRule="auto"/>
              <w:jc w:val="left"/>
            </w:pPr>
            <w:r>
              <w:rPr>
                <w:sz w:val="18"/>
              </w:rPr>
              <w:t>Climate change; ecosystems; pollution monitoring; conservation; wildlife; natural resources; urban ecology; environmental health.</w:t>
            </w:r>
          </w:p>
        </w:tc>
      </w:tr>
      <w:tr w:rsidR="00CF1076" w14:paraId="71DB9565" w14:textId="77777777">
        <w:trPr>
          <w:jc w:val="center"/>
        </w:trPr>
        <w:tc>
          <w:tcPr>
            <w:tcW w:w="936" w:type="dxa"/>
            <w:tcMar>
              <w:top w:w="100" w:type="dxa"/>
              <w:left w:w="120" w:type="dxa"/>
              <w:bottom w:w="100" w:type="dxa"/>
              <w:right w:w="120" w:type="dxa"/>
            </w:tcMar>
            <w:vAlign w:val="center"/>
          </w:tcPr>
          <w:p w14:paraId="5FBA7F33" w14:textId="77777777" w:rsidR="00CF1076" w:rsidRDefault="00000000">
            <w:pPr>
              <w:spacing w:after="0" w:line="252" w:lineRule="auto"/>
              <w:jc w:val="left"/>
            </w:pPr>
            <w:r>
              <w:rPr>
                <w:sz w:val="18"/>
              </w:rPr>
              <w:t>T-03</w:t>
            </w:r>
          </w:p>
        </w:tc>
        <w:tc>
          <w:tcPr>
            <w:tcW w:w="3384" w:type="dxa"/>
            <w:tcMar>
              <w:top w:w="100" w:type="dxa"/>
              <w:left w:w="120" w:type="dxa"/>
              <w:bottom w:w="100" w:type="dxa"/>
              <w:right w:w="120" w:type="dxa"/>
            </w:tcMar>
            <w:vAlign w:val="center"/>
          </w:tcPr>
          <w:p w14:paraId="10AE9ED2" w14:textId="77777777" w:rsidR="00CF1076" w:rsidRDefault="00000000">
            <w:pPr>
              <w:spacing w:after="0" w:line="252" w:lineRule="auto"/>
              <w:jc w:val="left"/>
            </w:pPr>
            <w:r>
              <w:rPr>
                <w:sz w:val="18"/>
              </w:rPr>
              <w:t>Food, Agriculture, Nutrition and Public Health</w:t>
            </w:r>
          </w:p>
        </w:tc>
        <w:tc>
          <w:tcPr>
            <w:tcW w:w="4896" w:type="dxa"/>
            <w:tcMar>
              <w:top w:w="100" w:type="dxa"/>
              <w:left w:w="120" w:type="dxa"/>
              <w:bottom w:w="100" w:type="dxa"/>
              <w:right w:w="120" w:type="dxa"/>
            </w:tcMar>
            <w:vAlign w:val="center"/>
          </w:tcPr>
          <w:p w14:paraId="160FA938" w14:textId="77777777" w:rsidR="00CF1076" w:rsidRDefault="00000000">
            <w:pPr>
              <w:spacing w:after="0" w:line="252" w:lineRule="auto"/>
              <w:jc w:val="left"/>
            </w:pPr>
            <w:r>
              <w:rPr>
                <w:sz w:val="18"/>
              </w:rPr>
              <w:t>Food security; sustainable agriculture; processing; preservation; packaging; nutrition; food safety; quality; nutraceuticals.</w:t>
            </w:r>
          </w:p>
        </w:tc>
      </w:tr>
      <w:tr w:rsidR="00CF1076" w14:paraId="719E78F4" w14:textId="77777777">
        <w:trPr>
          <w:jc w:val="center"/>
        </w:trPr>
        <w:tc>
          <w:tcPr>
            <w:tcW w:w="936" w:type="dxa"/>
            <w:shd w:val="clear" w:color="auto" w:fill="F4F7F5"/>
            <w:tcMar>
              <w:top w:w="100" w:type="dxa"/>
              <w:left w:w="120" w:type="dxa"/>
              <w:bottom w:w="100" w:type="dxa"/>
              <w:right w:w="120" w:type="dxa"/>
            </w:tcMar>
            <w:vAlign w:val="center"/>
          </w:tcPr>
          <w:p w14:paraId="0FFF2B8C" w14:textId="77777777" w:rsidR="00CF1076" w:rsidRDefault="00000000">
            <w:pPr>
              <w:spacing w:after="0" w:line="252" w:lineRule="auto"/>
              <w:jc w:val="left"/>
            </w:pPr>
            <w:r>
              <w:rPr>
                <w:sz w:val="18"/>
              </w:rPr>
              <w:t>T-04</w:t>
            </w:r>
          </w:p>
        </w:tc>
        <w:tc>
          <w:tcPr>
            <w:tcW w:w="3384" w:type="dxa"/>
            <w:shd w:val="clear" w:color="auto" w:fill="F4F7F5"/>
            <w:tcMar>
              <w:top w:w="100" w:type="dxa"/>
              <w:left w:w="120" w:type="dxa"/>
              <w:bottom w:w="100" w:type="dxa"/>
              <w:right w:w="120" w:type="dxa"/>
            </w:tcMar>
            <w:vAlign w:val="center"/>
          </w:tcPr>
          <w:p w14:paraId="4B36440B" w14:textId="77777777" w:rsidR="00CF1076" w:rsidRDefault="00000000">
            <w:pPr>
              <w:spacing w:after="0" w:line="252" w:lineRule="auto"/>
              <w:jc w:val="left"/>
            </w:pPr>
            <w:r>
              <w:rPr>
                <w:sz w:val="18"/>
              </w:rPr>
              <w:t>Chemistry, Materials and Industrial Innovation</w:t>
            </w:r>
          </w:p>
        </w:tc>
        <w:tc>
          <w:tcPr>
            <w:tcW w:w="4896" w:type="dxa"/>
            <w:shd w:val="clear" w:color="auto" w:fill="F4F7F5"/>
            <w:tcMar>
              <w:top w:w="100" w:type="dxa"/>
              <w:left w:w="120" w:type="dxa"/>
              <w:bottom w:w="100" w:type="dxa"/>
              <w:right w:w="120" w:type="dxa"/>
            </w:tcMar>
            <w:vAlign w:val="center"/>
          </w:tcPr>
          <w:p w14:paraId="7BDD3DF2" w14:textId="77777777" w:rsidR="00CF1076" w:rsidRDefault="00000000">
            <w:pPr>
              <w:spacing w:after="0" w:line="252" w:lineRule="auto"/>
              <w:jc w:val="left"/>
            </w:pPr>
            <w:r>
              <w:rPr>
                <w:sz w:val="18"/>
              </w:rPr>
              <w:t>Green chemistry; industrial chemistry; technology transfer; materials; nanotechnology; analytical, pharmaceutical, and medicinal chemistry.</w:t>
            </w:r>
          </w:p>
        </w:tc>
      </w:tr>
      <w:tr w:rsidR="00CF1076" w14:paraId="2C2A1C96" w14:textId="77777777">
        <w:trPr>
          <w:jc w:val="center"/>
        </w:trPr>
        <w:tc>
          <w:tcPr>
            <w:tcW w:w="936" w:type="dxa"/>
            <w:tcMar>
              <w:top w:w="100" w:type="dxa"/>
              <w:left w:w="120" w:type="dxa"/>
              <w:bottom w:w="100" w:type="dxa"/>
              <w:right w:w="120" w:type="dxa"/>
            </w:tcMar>
            <w:vAlign w:val="center"/>
          </w:tcPr>
          <w:p w14:paraId="67931536" w14:textId="77777777" w:rsidR="00CF1076" w:rsidRDefault="00000000">
            <w:pPr>
              <w:spacing w:after="0" w:line="252" w:lineRule="auto"/>
              <w:jc w:val="left"/>
            </w:pPr>
            <w:r>
              <w:rPr>
                <w:sz w:val="18"/>
              </w:rPr>
              <w:t>T-05</w:t>
            </w:r>
          </w:p>
        </w:tc>
        <w:tc>
          <w:tcPr>
            <w:tcW w:w="3384" w:type="dxa"/>
            <w:tcMar>
              <w:top w:w="100" w:type="dxa"/>
              <w:left w:w="120" w:type="dxa"/>
              <w:bottom w:w="100" w:type="dxa"/>
              <w:right w:w="120" w:type="dxa"/>
            </w:tcMar>
            <w:vAlign w:val="center"/>
          </w:tcPr>
          <w:p w14:paraId="10A19A1A" w14:textId="77777777" w:rsidR="00CF1076" w:rsidRDefault="00000000">
            <w:pPr>
              <w:spacing w:after="0" w:line="252" w:lineRule="auto"/>
              <w:jc w:val="left"/>
            </w:pPr>
            <w:r>
              <w:rPr>
                <w:sz w:val="18"/>
              </w:rPr>
              <w:t>Renewable Energy, Physics and Emerging Technologies</w:t>
            </w:r>
          </w:p>
        </w:tc>
        <w:tc>
          <w:tcPr>
            <w:tcW w:w="4896" w:type="dxa"/>
            <w:tcMar>
              <w:top w:w="100" w:type="dxa"/>
              <w:left w:w="120" w:type="dxa"/>
              <w:bottom w:w="100" w:type="dxa"/>
              <w:right w:w="120" w:type="dxa"/>
            </w:tcMar>
            <w:vAlign w:val="center"/>
          </w:tcPr>
          <w:p w14:paraId="22A196FD" w14:textId="77777777" w:rsidR="00CF1076" w:rsidRDefault="00000000">
            <w:pPr>
              <w:spacing w:after="0" w:line="252" w:lineRule="auto"/>
              <w:jc w:val="left"/>
            </w:pPr>
            <w:r>
              <w:rPr>
                <w:sz w:val="18"/>
              </w:rPr>
              <w:t>Renewable energy; sustainable power; applied physics; nanophysics; imaging; space science; emerging physical technologies.</w:t>
            </w:r>
          </w:p>
        </w:tc>
      </w:tr>
      <w:tr w:rsidR="00CF1076" w14:paraId="6FA6F56C" w14:textId="77777777">
        <w:trPr>
          <w:jc w:val="center"/>
        </w:trPr>
        <w:tc>
          <w:tcPr>
            <w:tcW w:w="936" w:type="dxa"/>
            <w:shd w:val="clear" w:color="auto" w:fill="F4F7F5"/>
            <w:tcMar>
              <w:top w:w="100" w:type="dxa"/>
              <w:left w:w="120" w:type="dxa"/>
              <w:bottom w:w="100" w:type="dxa"/>
              <w:right w:w="120" w:type="dxa"/>
            </w:tcMar>
            <w:vAlign w:val="center"/>
          </w:tcPr>
          <w:p w14:paraId="66977491" w14:textId="77777777" w:rsidR="00CF1076" w:rsidRDefault="00000000">
            <w:pPr>
              <w:spacing w:after="0" w:line="252" w:lineRule="auto"/>
              <w:jc w:val="left"/>
            </w:pPr>
            <w:r>
              <w:rPr>
                <w:sz w:val="18"/>
              </w:rPr>
              <w:t>T-06</w:t>
            </w:r>
          </w:p>
        </w:tc>
        <w:tc>
          <w:tcPr>
            <w:tcW w:w="3384" w:type="dxa"/>
            <w:shd w:val="clear" w:color="auto" w:fill="F4F7F5"/>
            <w:tcMar>
              <w:top w:w="100" w:type="dxa"/>
              <w:left w:w="120" w:type="dxa"/>
              <w:bottom w:w="100" w:type="dxa"/>
              <w:right w:w="120" w:type="dxa"/>
            </w:tcMar>
            <w:vAlign w:val="center"/>
          </w:tcPr>
          <w:p w14:paraId="5B5FC2DB" w14:textId="77777777" w:rsidR="00CF1076" w:rsidRDefault="00000000">
            <w:pPr>
              <w:spacing w:after="0" w:line="252" w:lineRule="auto"/>
              <w:jc w:val="left"/>
            </w:pPr>
            <w:r>
              <w:rPr>
                <w:sz w:val="18"/>
              </w:rPr>
              <w:t>Mathematics, Modelling, Optimisation and Scientific Computing</w:t>
            </w:r>
          </w:p>
        </w:tc>
        <w:tc>
          <w:tcPr>
            <w:tcW w:w="4896" w:type="dxa"/>
            <w:shd w:val="clear" w:color="auto" w:fill="F4F7F5"/>
            <w:tcMar>
              <w:top w:w="100" w:type="dxa"/>
              <w:left w:w="120" w:type="dxa"/>
              <w:bottom w:w="100" w:type="dxa"/>
              <w:right w:w="120" w:type="dxa"/>
            </w:tcMar>
            <w:vAlign w:val="center"/>
          </w:tcPr>
          <w:p w14:paraId="03C31FC8" w14:textId="77777777" w:rsidR="00CF1076" w:rsidRDefault="00000000">
            <w:pPr>
              <w:spacing w:after="0" w:line="252" w:lineRule="auto"/>
              <w:jc w:val="left"/>
            </w:pPr>
            <w:r>
              <w:rPr>
                <w:sz w:val="18"/>
              </w:rPr>
              <w:t>Mathematical modelling; engineering mathematics; computational mathematics; optimisation; climate and environmental mathematics.</w:t>
            </w:r>
          </w:p>
        </w:tc>
      </w:tr>
      <w:tr w:rsidR="00CF1076" w14:paraId="206A961C" w14:textId="77777777">
        <w:trPr>
          <w:jc w:val="center"/>
        </w:trPr>
        <w:tc>
          <w:tcPr>
            <w:tcW w:w="936" w:type="dxa"/>
            <w:tcMar>
              <w:top w:w="100" w:type="dxa"/>
              <w:left w:w="120" w:type="dxa"/>
              <w:bottom w:w="100" w:type="dxa"/>
              <w:right w:w="120" w:type="dxa"/>
            </w:tcMar>
            <w:vAlign w:val="center"/>
          </w:tcPr>
          <w:p w14:paraId="73223228" w14:textId="77777777" w:rsidR="00CF1076" w:rsidRDefault="00000000">
            <w:pPr>
              <w:spacing w:after="0" w:line="252" w:lineRule="auto"/>
              <w:jc w:val="left"/>
            </w:pPr>
            <w:r>
              <w:rPr>
                <w:sz w:val="18"/>
              </w:rPr>
              <w:t>T-07</w:t>
            </w:r>
          </w:p>
        </w:tc>
        <w:tc>
          <w:tcPr>
            <w:tcW w:w="3384" w:type="dxa"/>
            <w:tcMar>
              <w:top w:w="100" w:type="dxa"/>
              <w:left w:w="120" w:type="dxa"/>
              <w:bottom w:w="100" w:type="dxa"/>
              <w:right w:w="120" w:type="dxa"/>
            </w:tcMar>
            <w:vAlign w:val="center"/>
          </w:tcPr>
          <w:p w14:paraId="01EB278A" w14:textId="77777777" w:rsidR="00CF1076" w:rsidRDefault="00000000">
            <w:pPr>
              <w:spacing w:after="0" w:line="252" w:lineRule="auto"/>
              <w:jc w:val="left"/>
            </w:pPr>
            <w:r>
              <w:rPr>
                <w:sz w:val="18"/>
              </w:rPr>
              <w:t>Artificial Intelligence, Cybersecurity and Digital Systems</w:t>
            </w:r>
          </w:p>
        </w:tc>
        <w:tc>
          <w:tcPr>
            <w:tcW w:w="4896" w:type="dxa"/>
            <w:tcMar>
              <w:top w:w="100" w:type="dxa"/>
              <w:left w:w="120" w:type="dxa"/>
              <w:bottom w:w="100" w:type="dxa"/>
              <w:right w:w="120" w:type="dxa"/>
            </w:tcMar>
            <w:vAlign w:val="center"/>
          </w:tcPr>
          <w:p w14:paraId="3558881D" w14:textId="77777777" w:rsidR="00CF1076" w:rsidRDefault="00000000">
            <w:pPr>
              <w:spacing w:after="0" w:line="252" w:lineRule="auto"/>
              <w:jc w:val="left"/>
            </w:pPr>
            <w:r>
              <w:rPr>
                <w:sz w:val="18"/>
              </w:rPr>
              <w:t>AI; machine learning; cybersecurity; data protection; IoT; smart systems; software engineering; cloud; big data; predictive analytics.</w:t>
            </w:r>
          </w:p>
        </w:tc>
      </w:tr>
      <w:tr w:rsidR="00CF1076" w14:paraId="722D314A" w14:textId="77777777">
        <w:trPr>
          <w:jc w:val="center"/>
        </w:trPr>
        <w:tc>
          <w:tcPr>
            <w:tcW w:w="936" w:type="dxa"/>
            <w:shd w:val="clear" w:color="auto" w:fill="F4F7F5"/>
            <w:tcMar>
              <w:top w:w="100" w:type="dxa"/>
              <w:left w:w="120" w:type="dxa"/>
              <w:bottom w:w="100" w:type="dxa"/>
              <w:right w:w="120" w:type="dxa"/>
            </w:tcMar>
            <w:vAlign w:val="center"/>
          </w:tcPr>
          <w:p w14:paraId="340D64EC" w14:textId="77777777" w:rsidR="00CF1076" w:rsidRDefault="00000000">
            <w:pPr>
              <w:spacing w:after="0" w:line="252" w:lineRule="auto"/>
              <w:jc w:val="left"/>
            </w:pPr>
            <w:r>
              <w:rPr>
                <w:sz w:val="18"/>
              </w:rPr>
              <w:t>T-08</w:t>
            </w:r>
          </w:p>
        </w:tc>
        <w:tc>
          <w:tcPr>
            <w:tcW w:w="3384" w:type="dxa"/>
            <w:shd w:val="clear" w:color="auto" w:fill="F4F7F5"/>
            <w:tcMar>
              <w:top w:w="100" w:type="dxa"/>
              <w:left w:w="120" w:type="dxa"/>
              <w:bottom w:w="100" w:type="dxa"/>
              <w:right w:w="120" w:type="dxa"/>
            </w:tcMar>
            <w:vAlign w:val="center"/>
          </w:tcPr>
          <w:p w14:paraId="00E586C8" w14:textId="77777777" w:rsidR="00CF1076" w:rsidRDefault="00000000">
            <w:pPr>
              <w:spacing w:after="0" w:line="252" w:lineRule="auto"/>
              <w:jc w:val="left"/>
            </w:pPr>
            <w:r>
              <w:rPr>
                <w:sz w:val="18"/>
              </w:rPr>
              <w:t>Statistics, Biostatistics and Decision Analytics</w:t>
            </w:r>
          </w:p>
        </w:tc>
        <w:tc>
          <w:tcPr>
            <w:tcW w:w="4896" w:type="dxa"/>
            <w:shd w:val="clear" w:color="auto" w:fill="F4F7F5"/>
            <w:tcMar>
              <w:top w:w="100" w:type="dxa"/>
              <w:left w:w="120" w:type="dxa"/>
              <w:bottom w:w="100" w:type="dxa"/>
              <w:right w:w="120" w:type="dxa"/>
            </w:tcMar>
            <w:vAlign w:val="center"/>
          </w:tcPr>
          <w:p w14:paraId="0070605B" w14:textId="77777777" w:rsidR="00CF1076" w:rsidRDefault="00000000">
            <w:pPr>
              <w:spacing w:after="0" w:line="252" w:lineRule="auto"/>
              <w:jc w:val="left"/>
            </w:pPr>
            <w:r>
              <w:rPr>
                <w:sz w:val="18"/>
              </w:rPr>
              <w:t>Statistical modelling; biostatistics; health data; industrial statistics; quality control; environmental and climate applications.</w:t>
            </w:r>
          </w:p>
        </w:tc>
      </w:tr>
      <w:tr w:rsidR="00CF1076" w14:paraId="470EC93E" w14:textId="77777777">
        <w:trPr>
          <w:jc w:val="center"/>
        </w:trPr>
        <w:tc>
          <w:tcPr>
            <w:tcW w:w="936" w:type="dxa"/>
            <w:tcMar>
              <w:top w:w="100" w:type="dxa"/>
              <w:left w:w="120" w:type="dxa"/>
              <w:bottom w:w="100" w:type="dxa"/>
              <w:right w:w="120" w:type="dxa"/>
            </w:tcMar>
            <w:vAlign w:val="center"/>
          </w:tcPr>
          <w:p w14:paraId="4AC8CBFE" w14:textId="77777777" w:rsidR="00CF1076" w:rsidRDefault="00000000">
            <w:pPr>
              <w:spacing w:after="0" w:line="252" w:lineRule="auto"/>
              <w:jc w:val="left"/>
            </w:pPr>
            <w:r>
              <w:rPr>
                <w:sz w:val="18"/>
              </w:rPr>
              <w:t>T-09</w:t>
            </w:r>
          </w:p>
        </w:tc>
        <w:tc>
          <w:tcPr>
            <w:tcW w:w="3384" w:type="dxa"/>
            <w:tcMar>
              <w:top w:w="100" w:type="dxa"/>
              <w:left w:w="120" w:type="dxa"/>
              <w:bottom w:w="100" w:type="dxa"/>
              <w:right w:w="120" w:type="dxa"/>
            </w:tcMar>
            <w:vAlign w:val="center"/>
          </w:tcPr>
          <w:p w14:paraId="1446B45B" w14:textId="77777777" w:rsidR="00CF1076" w:rsidRDefault="00000000">
            <w:pPr>
              <w:spacing w:after="0" w:line="252" w:lineRule="auto"/>
              <w:jc w:val="left"/>
            </w:pPr>
            <w:r>
              <w:rPr>
                <w:sz w:val="18"/>
              </w:rPr>
              <w:t>Academia–Industry Collaboration, Commercialisation and Research Policy</w:t>
            </w:r>
          </w:p>
        </w:tc>
        <w:tc>
          <w:tcPr>
            <w:tcW w:w="4896" w:type="dxa"/>
            <w:tcMar>
              <w:top w:w="100" w:type="dxa"/>
              <w:left w:w="120" w:type="dxa"/>
              <w:bottom w:w="100" w:type="dxa"/>
              <w:right w:w="120" w:type="dxa"/>
            </w:tcMar>
            <w:vAlign w:val="center"/>
          </w:tcPr>
          <w:p w14:paraId="7781BBCE" w14:textId="77777777" w:rsidR="00CF1076" w:rsidRDefault="00000000">
            <w:pPr>
              <w:spacing w:after="0" w:line="252" w:lineRule="auto"/>
              <w:jc w:val="left"/>
            </w:pPr>
            <w:r>
              <w:rPr>
                <w:sz w:val="18"/>
              </w:rPr>
              <w:t>Technology transfer; innovation; entrepreneurship; start-ups; science policy; education; sustainable development; research ethics.</w:t>
            </w:r>
          </w:p>
        </w:tc>
      </w:tr>
    </w:tbl>
    <w:p w14:paraId="1D4B2FA9" w14:textId="77777777" w:rsidR="00CF1076" w:rsidRDefault="00CF1076">
      <w:pPr>
        <w:spacing w:after="0"/>
      </w:pPr>
    </w:p>
    <w:tbl>
      <w:tblPr>
        <w:tblW w:w="0" w:type="auto"/>
        <w:jc w:val="center"/>
        <w:tblLayout w:type="fixed"/>
        <w:tblLook w:val="04A0" w:firstRow="1" w:lastRow="0" w:firstColumn="1" w:lastColumn="0" w:noHBand="0" w:noVBand="1"/>
      </w:tblPr>
      <w:tblGrid>
        <w:gridCol w:w="9605"/>
      </w:tblGrid>
      <w:tr w:rsidR="00CF1076" w14:paraId="2FDF6EB6" w14:textId="77777777">
        <w:trPr>
          <w:jc w:val="center"/>
        </w:trPr>
        <w:tc>
          <w:tcPr>
            <w:tcW w:w="9605" w:type="dxa"/>
            <w:shd w:val="clear" w:color="auto" w:fill="E9F4EF"/>
            <w:tcMar>
              <w:top w:w="140" w:type="dxa"/>
              <w:left w:w="160" w:type="dxa"/>
              <w:bottom w:w="140" w:type="dxa"/>
              <w:right w:w="160" w:type="dxa"/>
            </w:tcMar>
          </w:tcPr>
          <w:p w14:paraId="68701B97" w14:textId="77777777" w:rsidR="00CF1076" w:rsidRDefault="00000000">
            <w:pPr>
              <w:spacing w:after="0"/>
            </w:pPr>
            <w:r>
              <w:rPr>
                <w:b/>
                <w:color w:val="075B45"/>
                <w:sz w:val="21"/>
              </w:rPr>
              <w:t xml:space="preserve">Track mapping.  </w:t>
            </w:r>
            <w:r>
              <w:rPr>
                <w:sz w:val="21"/>
              </w:rPr>
              <w:t>The nine editorial tracks consolidate the detailed sub-themes listed in the conference flier. The committee may rename, split, merge, or reorder tracks before abstracts are imported.</w:t>
            </w:r>
          </w:p>
        </w:tc>
      </w:tr>
    </w:tbl>
    <w:p w14:paraId="29A70373" w14:textId="77777777" w:rsidR="00CF1076" w:rsidRDefault="00CF1076">
      <w:pPr>
        <w:spacing w:after="0"/>
      </w:pPr>
    </w:p>
    <w:p w14:paraId="073C299F" w14:textId="77777777" w:rsidR="00CF1076" w:rsidRDefault="00000000">
      <w:r>
        <w:br w:type="page"/>
      </w:r>
    </w:p>
    <w:p w14:paraId="2A15803F" w14:textId="77777777" w:rsidR="00CF1076" w:rsidRDefault="00000000">
      <w:pPr>
        <w:pStyle w:val="Heading1"/>
      </w:pPr>
      <w:bookmarkStart w:id="20" w:name="_Toc237123609"/>
      <w:r>
        <w:lastRenderedPageBreak/>
        <w:t>List of Accepted Abstracts</w:t>
      </w:r>
      <w:bookmarkEnd w:id="20"/>
    </w:p>
    <w:p w14:paraId="15E5AF4E" w14:textId="77777777" w:rsidR="00CF1076" w:rsidRDefault="00000000">
      <w:pPr>
        <w:jc w:val="left"/>
      </w:pPr>
      <w:r>
        <w:rPr>
          <w:b/>
          <w:color w:val="B31824"/>
          <w:sz w:val="18"/>
        </w:rPr>
        <w:t>[[AUTO:ABSTRACT_LIST_BEGIN]]</w:t>
      </w:r>
    </w:p>
    <w:tbl>
      <w:tblPr>
        <w:tblStyle w:val="TableGrid"/>
        <w:tblW w:w="0" w:type="auto"/>
        <w:jc w:val="center"/>
        <w:tblLayout w:type="fixed"/>
        <w:tblLook w:val="04A0" w:firstRow="1" w:lastRow="0" w:firstColumn="1" w:lastColumn="0" w:noHBand="0" w:noVBand="1"/>
      </w:tblPr>
      <w:tblGrid>
        <w:gridCol w:w="648"/>
        <w:gridCol w:w="1512"/>
        <w:gridCol w:w="835"/>
        <w:gridCol w:w="3456"/>
        <w:gridCol w:w="2275"/>
        <w:gridCol w:w="648"/>
      </w:tblGrid>
      <w:tr w:rsidR="00CF1076" w14:paraId="65EFFACE" w14:textId="77777777">
        <w:trPr>
          <w:tblHeader/>
          <w:jc w:val="center"/>
        </w:trPr>
        <w:tc>
          <w:tcPr>
            <w:tcW w:w="648" w:type="dxa"/>
            <w:shd w:val="clear" w:color="auto" w:fill="075B45"/>
            <w:tcMar>
              <w:top w:w="100" w:type="dxa"/>
              <w:left w:w="120" w:type="dxa"/>
              <w:bottom w:w="100" w:type="dxa"/>
              <w:right w:w="120" w:type="dxa"/>
            </w:tcMar>
            <w:vAlign w:val="center"/>
          </w:tcPr>
          <w:p w14:paraId="27830294" w14:textId="77777777" w:rsidR="00CF1076" w:rsidRDefault="00000000">
            <w:pPr>
              <w:spacing w:after="0" w:line="252" w:lineRule="auto"/>
              <w:jc w:val="center"/>
            </w:pPr>
            <w:r>
              <w:rPr>
                <w:b/>
                <w:color w:val="FFFFFF"/>
                <w:sz w:val="19"/>
              </w:rPr>
              <w:t>No.</w:t>
            </w:r>
          </w:p>
        </w:tc>
        <w:tc>
          <w:tcPr>
            <w:tcW w:w="1512" w:type="dxa"/>
            <w:shd w:val="clear" w:color="auto" w:fill="075B45"/>
            <w:tcMar>
              <w:top w:w="100" w:type="dxa"/>
              <w:left w:w="120" w:type="dxa"/>
              <w:bottom w:w="100" w:type="dxa"/>
              <w:right w:w="120" w:type="dxa"/>
            </w:tcMar>
            <w:vAlign w:val="center"/>
          </w:tcPr>
          <w:p w14:paraId="6806A6EE" w14:textId="77777777" w:rsidR="00CF1076" w:rsidRDefault="00000000">
            <w:pPr>
              <w:spacing w:after="0" w:line="252" w:lineRule="auto"/>
              <w:jc w:val="center"/>
            </w:pPr>
            <w:r>
              <w:rPr>
                <w:b/>
                <w:color w:val="FFFFFF"/>
                <w:sz w:val="19"/>
              </w:rPr>
              <w:t>Submission ID</w:t>
            </w:r>
          </w:p>
        </w:tc>
        <w:tc>
          <w:tcPr>
            <w:tcW w:w="835" w:type="dxa"/>
            <w:shd w:val="clear" w:color="auto" w:fill="075B45"/>
            <w:tcMar>
              <w:top w:w="100" w:type="dxa"/>
              <w:left w:w="120" w:type="dxa"/>
              <w:bottom w:w="100" w:type="dxa"/>
              <w:right w:w="120" w:type="dxa"/>
            </w:tcMar>
            <w:vAlign w:val="center"/>
          </w:tcPr>
          <w:p w14:paraId="623ED705" w14:textId="77777777" w:rsidR="00CF1076" w:rsidRDefault="00000000">
            <w:pPr>
              <w:spacing w:after="0" w:line="252" w:lineRule="auto"/>
              <w:jc w:val="center"/>
            </w:pPr>
            <w:r>
              <w:rPr>
                <w:b/>
                <w:color w:val="FFFFFF"/>
                <w:sz w:val="19"/>
              </w:rPr>
              <w:t>Track</w:t>
            </w:r>
          </w:p>
        </w:tc>
        <w:tc>
          <w:tcPr>
            <w:tcW w:w="3456" w:type="dxa"/>
            <w:shd w:val="clear" w:color="auto" w:fill="075B45"/>
            <w:tcMar>
              <w:top w:w="100" w:type="dxa"/>
              <w:left w:w="120" w:type="dxa"/>
              <w:bottom w:w="100" w:type="dxa"/>
              <w:right w:w="120" w:type="dxa"/>
            </w:tcMar>
            <w:vAlign w:val="center"/>
          </w:tcPr>
          <w:p w14:paraId="1FCBBD80" w14:textId="77777777" w:rsidR="00CF1076" w:rsidRDefault="00000000">
            <w:pPr>
              <w:spacing w:after="0" w:line="252" w:lineRule="auto"/>
              <w:jc w:val="center"/>
            </w:pPr>
            <w:r>
              <w:rPr>
                <w:b/>
                <w:color w:val="FFFFFF"/>
                <w:sz w:val="19"/>
              </w:rPr>
              <w:t>Title</w:t>
            </w:r>
          </w:p>
        </w:tc>
        <w:tc>
          <w:tcPr>
            <w:tcW w:w="2275" w:type="dxa"/>
            <w:shd w:val="clear" w:color="auto" w:fill="075B45"/>
            <w:tcMar>
              <w:top w:w="100" w:type="dxa"/>
              <w:left w:w="120" w:type="dxa"/>
              <w:bottom w:w="100" w:type="dxa"/>
              <w:right w:w="120" w:type="dxa"/>
            </w:tcMar>
            <w:vAlign w:val="center"/>
          </w:tcPr>
          <w:p w14:paraId="66319371" w14:textId="77777777" w:rsidR="00CF1076" w:rsidRDefault="00000000">
            <w:pPr>
              <w:spacing w:after="0" w:line="252" w:lineRule="auto"/>
              <w:jc w:val="center"/>
            </w:pPr>
            <w:r>
              <w:rPr>
                <w:b/>
                <w:color w:val="FFFFFF"/>
                <w:sz w:val="19"/>
              </w:rPr>
              <w:t>Author(s)</w:t>
            </w:r>
          </w:p>
        </w:tc>
        <w:tc>
          <w:tcPr>
            <w:tcW w:w="648" w:type="dxa"/>
            <w:shd w:val="clear" w:color="auto" w:fill="075B45"/>
            <w:tcMar>
              <w:top w:w="100" w:type="dxa"/>
              <w:left w:w="120" w:type="dxa"/>
              <w:bottom w:w="100" w:type="dxa"/>
              <w:right w:w="120" w:type="dxa"/>
            </w:tcMar>
            <w:vAlign w:val="center"/>
          </w:tcPr>
          <w:p w14:paraId="16F23BE2" w14:textId="77777777" w:rsidR="00CF1076" w:rsidRDefault="00000000">
            <w:pPr>
              <w:spacing w:after="0" w:line="252" w:lineRule="auto"/>
              <w:jc w:val="center"/>
            </w:pPr>
            <w:r>
              <w:rPr>
                <w:b/>
                <w:color w:val="FFFFFF"/>
                <w:sz w:val="19"/>
              </w:rPr>
              <w:t>Page</w:t>
            </w:r>
          </w:p>
        </w:tc>
      </w:tr>
      <w:tr w:rsidR="00CF1076" w14:paraId="3116E278" w14:textId="77777777">
        <w:trPr>
          <w:jc w:val="center"/>
        </w:trPr>
        <w:tc>
          <w:tcPr>
            <w:tcW w:w="648" w:type="dxa"/>
            <w:tcMar>
              <w:top w:w="100" w:type="dxa"/>
              <w:left w:w="120" w:type="dxa"/>
              <w:bottom w:w="100" w:type="dxa"/>
              <w:right w:w="120" w:type="dxa"/>
            </w:tcMar>
            <w:vAlign w:val="center"/>
          </w:tcPr>
          <w:p w14:paraId="4275A965" w14:textId="77777777" w:rsidR="00CF1076" w:rsidRDefault="00000000">
            <w:pPr>
              <w:spacing w:after="0" w:line="252" w:lineRule="auto"/>
              <w:jc w:val="left"/>
            </w:pPr>
            <w:r>
              <w:rPr>
                <w:sz w:val="18"/>
              </w:rPr>
              <w:t>[AUTO]</w:t>
            </w:r>
          </w:p>
        </w:tc>
        <w:tc>
          <w:tcPr>
            <w:tcW w:w="1512" w:type="dxa"/>
            <w:tcMar>
              <w:top w:w="100" w:type="dxa"/>
              <w:left w:w="120" w:type="dxa"/>
              <w:bottom w:w="100" w:type="dxa"/>
              <w:right w:w="120" w:type="dxa"/>
            </w:tcMar>
            <w:vAlign w:val="center"/>
          </w:tcPr>
          <w:p w14:paraId="36F06B7F" w14:textId="77777777" w:rsidR="00CF1076" w:rsidRDefault="00000000">
            <w:pPr>
              <w:spacing w:after="0" w:line="252" w:lineRule="auto"/>
              <w:jc w:val="left"/>
            </w:pPr>
            <w:r>
              <w:rPr>
                <w:sz w:val="18"/>
              </w:rPr>
              <w:t>[AUTO]</w:t>
            </w:r>
          </w:p>
        </w:tc>
        <w:tc>
          <w:tcPr>
            <w:tcW w:w="835" w:type="dxa"/>
            <w:tcMar>
              <w:top w:w="100" w:type="dxa"/>
              <w:left w:w="120" w:type="dxa"/>
              <w:bottom w:w="100" w:type="dxa"/>
              <w:right w:w="120" w:type="dxa"/>
            </w:tcMar>
            <w:vAlign w:val="center"/>
          </w:tcPr>
          <w:p w14:paraId="4058BEE1" w14:textId="77777777" w:rsidR="00CF1076" w:rsidRDefault="00000000">
            <w:pPr>
              <w:spacing w:after="0" w:line="252" w:lineRule="auto"/>
              <w:jc w:val="left"/>
            </w:pPr>
            <w:r>
              <w:rPr>
                <w:sz w:val="18"/>
              </w:rPr>
              <w:t>[AUTO]</w:t>
            </w:r>
          </w:p>
        </w:tc>
        <w:tc>
          <w:tcPr>
            <w:tcW w:w="3456" w:type="dxa"/>
            <w:tcMar>
              <w:top w:w="100" w:type="dxa"/>
              <w:left w:w="120" w:type="dxa"/>
              <w:bottom w:w="100" w:type="dxa"/>
              <w:right w:w="120" w:type="dxa"/>
            </w:tcMar>
            <w:vAlign w:val="center"/>
          </w:tcPr>
          <w:p w14:paraId="279F8C1D" w14:textId="77777777" w:rsidR="00CF1076" w:rsidRDefault="00000000">
            <w:pPr>
              <w:spacing w:after="0" w:line="252" w:lineRule="auto"/>
              <w:jc w:val="left"/>
            </w:pPr>
            <w:r>
              <w:rPr>
                <w:sz w:val="18"/>
              </w:rPr>
              <w:t>[AUTO — accepted abstract title]</w:t>
            </w:r>
          </w:p>
        </w:tc>
        <w:tc>
          <w:tcPr>
            <w:tcW w:w="2275" w:type="dxa"/>
            <w:tcMar>
              <w:top w:w="100" w:type="dxa"/>
              <w:left w:w="120" w:type="dxa"/>
              <w:bottom w:w="100" w:type="dxa"/>
              <w:right w:w="120" w:type="dxa"/>
            </w:tcMar>
            <w:vAlign w:val="center"/>
          </w:tcPr>
          <w:p w14:paraId="2ECF0E3A" w14:textId="77777777" w:rsidR="00CF1076" w:rsidRDefault="00000000">
            <w:pPr>
              <w:spacing w:after="0" w:line="252" w:lineRule="auto"/>
              <w:jc w:val="left"/>
            </w:pPr>
            <w:r>
              <w:rPr>
                <w:sz w:val="18"/>
              </w:rPr>
              <w:t>[AUTO — author names]</w:t>
            </w:r>
          </w:p>
        </w:tc>
        <w:tc>
          <w:tcPr>
            <w:tcW w:w="648" w:type="dxa"/>
            <w:tcMar>
              <w:top w:w="100" w:type="dxa"/>
              <w:left w:w="120" w:type="dxa"/>
              <w:bottom w:w="100" w:type="dxa"/>
              <w:right w:w="120" w:type="dxa"/>
            </w:tcMar>
            <w:vAlign w:val="center"/>
          </w:tcPr>
          <w:p w14:paraId="58618ACE" w14:textId="77777777" w:rsidR="00CF1076" w:rsidRDefault="00000000">
            <w:pPr>
              <w:spacing w:after="0" w:line="252" w:lineRule="auto"/>
              <w:jc w:val="left"/>
            </w:pPr>
            <w:r>
              <w:rPr>
                <w:sz w:val="18"/>
              </w:rPr>
              <w:t>[AUTO]</w:t>
            </w:r>
          </w:p>
        </w:tc>
      </w:tr>
    </w:tbl>
    <w:p w14:paraId="55FAE312" w14:textId="77777777" w:rsidR="00CF1076" w:rsidRDefault="00CF1076">
      <w:pPr>
        <w:spacing w:after="0"/>
      </w:pPr>
    </w:p>
    <w:p w14:paraId="14E5FC56" w14:textId="77777777" w:rsidR="00CF1076" w:rsidRDefault="00000000">
      <w:pPr>
        <w:jc w:val="left"/>
      </w:pPr>
      <w:r>
        <w:rPr>
          <w:b/>
          <w:color w:val="B31824"/>
          <w:sz w:val="18"/>
        </w:rPr>
        <w:t>[[AUTO:ABSTRACT_LIST_END]]</w:t>
      </w:r>
    </w:p>
    <w:tbl>
      <w:tblPr>
        <w:tblW w:w="0" w:type="auto"/>
        <w:jc w:val="center"/>
        <w:tblLayout w:type="fixed"/>
        <w:tblLook w:val="04A0" w:firstRow="1" w:lastRow="0" w:firstColumn="1" w:lastColumn="0" w:noHBand="0" w:noVBand="1"/>
      </w:tblPr>
      <w:tblGrid>
        <w:gridCol w:w="9605"/>
      </w:tblGrid>
      <w:tr w:rsidR="00CF1076" w14:paraId="7B6FEF4F" w14:textId="77777777">
        <w:trPr>
          <w:jc w:val="center"/>
        </w:trPr>
        <w:tc>
          <w:tcPr>
            <w:tcW w:w="9605" w:type="dxa"/>
            <w:shd w:val="clear" w:color="auto" w:fill="E9F4EF"/>
            <w:tcMar>
              <w:top w:w="140" w:type="dxa"/>
              <w:left w:w="160" w:type="dxa"/>
              <w:bottom w:w="140" w:type="dxa"/>
              <w:right w:w="160" w:type="dxa"/>
            </w:tcMar>
          </w:tcPr>
          <w:p w14:paraId="560E3E11" w14:textId="77777777" w:rsidR="00CF1076" w:rsidRDefault="00000000">
            <w:pPr>
              <w:spacing w:after="0"/>
            </w:pPr>
            <w:r>
              <w:rPr>
                <w:b/>
                <w:color w:val="075B45"/>
                <w:sz w:val="21"/>
              </w:rPr>
              <w:t xml:space="preserve">Production instruction.  </w:t>
            </w:r>
            <w:r>
              <w:rPr>
                <w:sz w:val="21"/>
              </w:rPr>
              <w:t>This table is a schema sample, not an abstract. The automated workflow should generate one row per accepted submission, sort by track and approved presentation order, and update final page numbers after pagination.</w:t>
            </w:r>
          </w:p>
        </w:tc>
      </w:tr>
    </w:tbl>
    <w:p w14:paraId="103CA170" w14:textId="77777777" w:rsidR="00CF1076" w:rsidRDefault="00CF1076">
      <w:pPr>
        <w:spacing w:after="0"/>
      </w:pPr>
    </w:p>
    <w:p w14:paraId="010A035C" w14:textId="77777777" w:rsidR="00CF1076" w:rsidRDefault="00000000">
      <w:r>
        <w:br w:type="page"/>
      </w:r>
    </w:p>
    <w:p w14:paraId="782F8057" w14:textId="77777777" w:rsidR="00CF1076" w:rsidRDefault="00000000">
      <w:pPr>
        <w:spacing w:before="2200" w:after="240"/>
        <w:jc w:val="center"/>
      </w:pPr>
      <w:r>
        <w:rPr>
          <w:b/>
          <w:color w:val="B31824"/>
          <w:sz w:val="20"/>
        </w:rPr>
        <w:lastRenderedPageBreak/>
        <w:t>TECHNICAL TRACK DIVIDER</w:t>
      </w:r>
    </w:p>
    <w:p w14:paraId="515B71FB" w14:textId="77777777" w:rsidR="00CF1076" w:rsidRDefault="00000000">
      <w:pPr>
        <w:pStyle w:val="Title"/>
        <w:jc w:val="center"/>
      </w:pPr>
      <w:r>
        <w:t>[[AUTO:TRACK_CODE]]</w:t>
      </w:r>
    </w:p>
    <w:p w14:paraId="3C30909C" w14:textId="77777777" w:rsidR="00CF1076" w:rsidRDefault="00000000">
      <w:pPr>
        <w:spacing w:after="360"/>
        <w:jc w:val="center"/>
      </w:pPr>
      <w:r>
        <w:rPr>
          <w:i/>
          <w:color w:val="5F6965"/>
          <w:sz w:val="24"/>
        </w:rPr>
        <w:t>[[AUTO:TRACK_TITLE]]  •  [[AUTO:TRACK_ABSTRACT_COUNT]] accepted abstracts</w:t>
      </w:r>
    </w:p>
    <w:p w14:paraId="2E289620" w14:textId="77777777" w:rsidR="00CF1076" w:rsidRDefault="00000000">
      <w:pPr>
        <w:spacing w:after="80"/>
        <w:jc w:val="center"/>
      </w:pPr>
      <w:r>
        <w:rPr>
          <w:b/>
          <w:color w:val="075B45"/>
          <w:sz w:val="24"/>
        </w:rPr>
        <w:t>ICONFST’26</w:t>
      </w:r>
    </w:p>
    <w:p w14:paraId="66142137" w14:textId="77777777" w:rsidR="00CF1076" w:rsidRDefault="00000000">
      <w:pPr>
        <w:jc w:val="center"/>
      </w:pPr>
      <w:r>
        <w:rPr>
          <w:color w:val="5F6965"/>
          <w:sz w:val="20"/>
        </w:rPr>
        <w:t>23–26 August 2026  |  Saapade, Ogun State, Nigeria</w:t>
      </w:r>
    </w:p>
    <w:p w14:paraId="2D4B21C9" w14:textId="77777777" w:rsidR="00CF1076" w:rsidRDefault="00000000">
      <w:pPr>
        <w:spacing w:before="600"/>
        <w:jc w:val="center"/>
      </w:pPr>
      <w:r>
        <w:rPr>
          <w:i/>
          <w:color w:val="5F6965"/>
          <w:sz w:val="20"/>
        </w:rPr>
        <w:t>[[AUTO:TRACK_SCOPE_OR_INTRO — optional]]</w:t>
      </w:r>
    </w:p>
    <w:p w14:paraId="365BD797" w14:textId="77777777" w:rsidR="00CF1076" w:rsidRDefault="00000000">
      <w:r>
        <w:br w:type="page"/>
      </w:r>
    </w:p>
    <w:p w14:paraId="7C6A7ED7" w14:textId="77777777" w:rsidR="00CF1076" w:rsidRDefault="00000000">
      <w:pPr>
        <w:pStyle w:val="Heading1"/>
      </w:pPr>
      <w:bookmarkStart w:id="21" w:name="_Toc237123610"/>
      <w:r>
        <w:lastRenderedPageBreak/>
        <w:t>Automated Abstract Entry — Master Layout</w:t>
      </w:r>
      <w:bookmarkEnd w:id="21"/>
    </w:p>
    <w:tbl>
      <w:tblPr>
        <w:tblW w:w="0" w:type="auto"/>
        <w:jc w:val="center"/>
        <w:tblLayout w:type="fixed"/>
        <w:tblLook w:val="04A0" w:firstRow="1" w:lastRow="0" w:firstColumn="1" w:lastColumn="0" w:noHBand="0" w:noVBand="1"/>
      </w:tblPr>
      <w:tblGrid>
        <w:gridCol w:w="9605"/>
      </w:tblGrid>
      <w:tr w:rsidR="00CF1076" w14:paraId="7DF2570D" w14:textId="77777777">
        <w:trPr>
          <w:jc w:val="center"/>
        </w:trPr>
        <w:tc>
          <w:tcPr>
            <w:tcW w:w="9605" w:type="dxa"/>
            <w:shd w:val="clear" w:color="auto" w:fill="E9F4EF"/>
            <w:tcMar>
              <w:top w:w="140" w:type="dxa"/>
              <w:left w:w="160" w:type="dxa"/>
              <w:bottom w:w="140" w:type="dxa"/>
              <w:right w:w="160" w:type="dxa"/>
            </w:tcMar>
          </w:tcPr>
          <w:p w14:paraId="1C90E6C8" w14:textId="77777777" w:rsidR="00CF1076" w:rsidRDefault="00000000">
            <w:pPr>
              <w:spacing w:after="0"/>
            </w:pPr>
            <w:r>
              <w:rPr>
                <w:b/>
                <w:color w:val="075B45"/>
                <w:sz w:val="21"/>
              </w:rPr>
              <w:t xml:space="preserve">Do not publish this instruction box.  </w:t>
            </w:r>
            <w:r>
              <w:rPr>
                <w:sz w:val="21"/>
              </w:rPr>
              <w:t>The complete block below is the repeatable merge template. The insertion engine should create one entry per accepted abstract, preserve the paragraph styles, remove empty optional fields, and start a new page when an entry cannot fit cleanly.</w:t>
            </w:r>
          </w:p>
        </w:tc>
      </w:tr>
    </w:tbl>
    <w:p w14:paraId="55028A1A" w14:textId="77777777" w:rsidR="00CF1076" w:rsidRDefault="00CF1076">
      <w:pPr>
        <w:spacing w:after="0"/>
      </w:pPr>
    </w:p>
    <w:p w14:paraId="5D78F55D" w14:textId="77777777" w:rsidR="00CF1076" w:rsidRDefault="00000000">
      <w:pPr>
        <w:spacing w:after="240"/>
        <w:jc w:val="right"/>
      </w:pPr>
      <w:r>
        <w:rPr>
          <w:b/>
          <w:color w:val="5F6965"/>
          <w:sz w:val="18"/>
        </w:rPr>
        <w:t>[[AUTO:TRACK_CODE]]  |  [[AUTO:SUBMISSION_ID]]  |  Abstract [[AUTO:SEQUENCE_NUMBER]]</w:t>
      </w:r>
    </w:p>
    <w:p w14:paraId="0469DC89" w14:textId="77777777" w:rsidR="00CF1076" w:rsidRDefault="00000000">
      <w:pPr>
        <w:keepNext/>
        <w:spacing w:after="160"/>
        <w:jc w:val="center"/>
      </w:pPr>
      <w:r>
        <w:rPr>
          <w:b/>
          <w:color w:val="075B45"/>
          <w:sz w:val="30"/>
        </w:rPr>
        <w:t>[[AUTO:ABSTRACT_TITLE]]</w:t>
      </w:r>
    </w:p>
    <w:p w14:paraId="6C3E2EE3" w14:textId="77777777" w:rsidR="00CF1076" w:rsidRDefault="00000000">
      <w:pPr>
        <w:keepNext/>
        <w:spacing w:after="100"/>
        <w:jc w:val="center"/>
      </w:pPr>
      <w:r>
        <w:rPr>
          <w:b/>
        </w:rPr>
        <w:t>[[AUTO:AUTHOR_NAMES_WITH_AFFILIATION_SUPERSCRIPTS]]</w:t>
      </w:r>
    </w:p>
    <w:p w14:paraId="2899A05E" w14:textId="77777777" w:rsidR="00CF1076" w:rsidRDefault="00000000">
      <w:pPr>
        <w:keepNext/>
        <w:spacing w:after="80"/>
        <w:jc w:val="center"/>
      </w:pPr>
      <w:r>
        <w:rPr>
          <w:color w:val="5F6965"/>
          <w:sz w:val="19"/>
        </w:rPr>
        <w:t>[[AUTO:AFFILIATIONS]]</w:t>
      </w:r>
    </w:p>
    <w:p w14:paraId="28AA1130" w14:textId="77777777" w:rsidR="00CF1076" w:rsidRDefault="00000000">
      <w:pPr>
        <w:keepNext/>
        <w:spacing w:after="200"/>
        <w:jc w:val="center"/>
      </w:pPr>
      <w:r>
        <w:rPr>
          <w:i/>
          <w:color w:val="5F6965"/>
          <w:sz w:val="19"/>
        </w:rPr>
        <w:t>Corresponding author: [[AUTO:CORRESPONDING_AUTHOR_EMAIL]]  |  ORCID: [[AUTO:ORCID_OPTIONAL]]</w:t>
      </w:r>
    </w:p>
    <w:p w14:paraId="1F622C84" w14:textId="77777777" w:rsidR="00CF1076" w:rsidRDefault="00CF1076">
      <w:pPr>
        <w:pBdr>
          <w:bottom w:val="single" w:sz="8" w:space="0" w:color="D9A321"/>
        </w:pBdr>
        <w:spacing w:after="160"/>
      </w:pPr>
    </w:p>
    <w:p w14:paraId="145281C6" w14:textId="77777777" w:rsidR="00CF1076" w:rsidRDefault="00000000">
      <w:pPr>
        <w:spacing w:after="160"/>
        <w:jc w:val="center"/>
      </w:pPr>
      <w:r>
        <w:rPr>
          <w:b/>
          <w:color w:val="B31824"/>
          <w:sz w:val="20"/>
        </w:rPr>
        <w:t>Track: [[AUTO:TRACK_CODE]] — [[AUTO:TRACK_TITLE]]</w:t>
      </w:r>
    </w:p>
    <w:p w14:paraId="3C4936C9" w14:textId="77777777" w:rsidR="00CF1076" w:rsidRDefault="00000000">
      <w:pPr>
        <w:keepNext/>
        <w:spacing w:after="60"/>
        <w:jc w:val="left"/>
      </w:pPr>
      <w:r>
        <w:rPr>
          <w:b/>
          <w:color w:val="075B45"/>
        </w:rPr>
        <w:t>Abstract</w:t>
      </w:r>
    </w:p>
    <w:p w14:paraId="5FC79D27" w14:textId="77777777" w:rsidR="00CF1076" w:rsidRDefault="00000000">
      <w:pPr>
        <w:spacing w:after="160"/>
      </w:pPr>
      <w:r>
        <w:rPr>
          <w:color w:val="5F6965"/>
        </w:rPr>
        <w:t>[[AUTO:ABSTRACT_BODY — maximum 200 words; no references inserted here]]</w:t>
      </w:r>
    </w:p>
    <w:p w14:paraId="07E4BCBC" w14:textId="77777777" w:rsidR="00CF1076" w:rsidRDefault="00000000">
      <w:pPr>
        <w:spacing w:after="100"/>
      </w:pPr>
      <w:r>
        <w:rPr>
          <w:b/>
          <w:color w:val="075B45"/>
          <w:sz w:val="21"/>
        </w:rPr>
        <w:t xml:space="preserve">Keywords: </w:t>
      </w:r>
      <w:r>
        <w:rPr>
          <w:i/>
          <w:color w:val="5F6965"/>
          <w:sz w:val="21"/>
        </w:rPr>
        <w:t>[[AUTO:KEYWORDS_3_TO_5]]</w:t>
      </w:r>
    </w:p>
    <w:p w14:paraId="6D292A6C" w14:textId="77777777" w:rsidR="00CF1076" w:rsidRDefault="00000000">
      <w:pPr>
        <w:spacing w:after="160"/>
      </w:pPr>
      <w:r>
        <w:rPr>
          <w:b/>
          <w:color w:val="075B45"/>
          <w:sz w:val="20"/>
        </w:rPr>
        <w:t xml:space="preserve">Presentation: </w:t>
      </w:r>
      <w:r>
        <w:rPr>
          <w:color w:val="5F6965"/>
          <w:sz w:val="20"/>
        </w:rPr>
        <w:t>[[AUTO:PARTICIPATION_MODE]] | [[AUTO:PRESENTATION_TYPE]] | [[AUTO:SESSION_CODE_OPTIONAL]]</w:t>
      </w:r>
    </w:p>
    <w:p w14:paraId="5F4D5EEE" w14:textId="77777777" w:rsidR="00CF1076" w:rsidRDefault="00000000">
      <w:pPr>
        <w:spacing w:after="60"/>
        <w:jc w:val="center"/>
      </w:pPr>
      <w:r>
        <w:rPr>
          <w:b/>
          <w:color w:val="075B45"/>
          <w:sz w:val="18"/>
        </w:rPr>
        <w:t>Submission ID: [[AUTO:SUBMISSION_ID]]  |  ICONFST’26  |  23–26 August 2026</w:t>
      </w:r>
    </w:p>
    <w:p w14:paraId="363FA74E" w14:textId="77777777" w:rsidR="00CF1076" w:rsidRDefault="00000000">
      <w:pPr>
        <w:jc w:val="center"/>
      </w:pPr>
      <w:r>
        <w:rPr>
          <w:i/>
          <w:color w:val="5F6965"/>
          <w:sz w:val="17"/>
        </w:rPr>
        <w:t>The views expressed are those of the author(s) and do not necessarily reflect the position of the organising institution or conference committees.</w:t>
      </w:r>
    </w:p>
    <w:p w14:paraId="430222D1" w14:textId="77777777" w:rsidR="00CF1076" w:rsidRDefault="00000000">
      <w:pPr>
        <w:jc w:val="left"/>
      </w:pPr>
      <w:r>
        <w:rPr>
          <w:b/>
          <w:color w:val="B31824"/>
          <w:sz w:val="16"/>
        </w:rPr>
        <w:t>[[AUTO:ABSTRACT_ENTRY_END]]</w:t>
      </w:r>
    </w:p>
    <w:p w14:paraId="43FE90B4" w14:textId="77777777" w:rsidR="00CF1076" w:rsidRDefault="00000000">
      <w:r>
        <w:br w:type="page"/>
      </w:r>
    </w:p>
    <w:p w14:paraId="18022EFF" w14:textId="77777777" w:rsidR="00CF1076" w:rsidRDefault="00000000">
      <w:pPr>
        <w:pStyle w:val="Heading1"/>
      </w:pPr>
      <w:bookmarkStart w:id="22" w:name="_Toc237123611"/>
      <w:r>
        <w:lastRenderedPageBreak/>
        <w:t>Abstract Import Data Specification</w:t>
      </w:r>
      <w:bookmarkEnd w:id="22"/>
    </w:p>
    <w:p w14:paraId="26D1ABCE" w14:textId="77777777" w:rsidR="00CF1076" w:rsidRDefault="00000000">
      <w:r>
        <w:rPr>
          <w:i/>
          <w:color w:val="5F6965"/>
          <w:sz w:val="20"/>
        </w:rPr>
        <w:t>This production page defines the minimum data needed by the automatic insertion process. Remove it from the public edition after successful assembly, or retain it only in an internal master copy.</w:t>
      </w:r>
    </w:p>
    <w:tbl>
      <w:tblPr>
        <w:tblStyle w:val="TableGrid"/>
        <w:tblW w:w="0" w:type="auto"/>
        <w:jc w:val="center"/>
        <w:tblLayout w:type="fixed"/>
        <w:tblLook w:val="04A0" w:firstRow="1" w:lastRow="0" w:firstColumn="1" w:lastColumn="0" w:noHBand="0" w:noVBand="1"/>
      </w:tblPr>
      <w:tblGrid>
        <w:gridCol w:w="2232"/>
        <w:gridCol w:w="1440"/>
        <w:gridCol w:w="5544"/>
      </w:tblGrid>
      <w:tr w:rsidR="00CF1076" w14:paraId="7D06EEEF" w14:textId="77777777">
        <w:trPr>
          <w:tblHeader/>
          <w:jc w:val="center"/>
        </w:trPr>
        <w:tc>
          <w:tcPr>
            <w:tcW w:w="2232" w:type="dxa"/>
            <w:shd w:val="clear" w:color="auto" w:fill="075B45"/>
            <w:tcMar>
              <w:top w:w="100" w:type="dxa"/>
              <w:left w:w="120" w:type="dxa"/>
              <w:bottom w:w="100" w:type="dxa"/>
              <w:right w:w="120" w:type="dxa"/>
            </w:tcMar>
            <w:vAlign w:val="center"/>
          </w:tcPr>
          <w:p w14:paraId="54B8B608" w14:textId="77777777" w:rsidR="00CF1076" w:rsidRDefault="00000000">
            <w:pPr>
              <w:spacing w:after="0" w:line="252" w:lineRule="auto"/>
              <w:jc w:val="center"/>
            </w:pPr>
            <w:r>
              <w:rPr>
                <w:b/>
                <w:color w:val="FFFFFF"/>
                <w:sz w:val="19"/>
              </w:rPr>
              <w:t>Field</w:t>
            </w:r>
          </w:p>
        </w:tc>
        <w:tc>
          <w:tcPr>
            <w:tcW w:w="1440" w:type="dxa"/>
            <w:shd w:val="clear" w:color="auto" w:fill="075B45"/>
            <w:tcMar>
              <w:top w:w="100" w:type="dxa"/>
              <w:left w:w="120" w:type="dxa"/>
              <w:bottom w:w="100" w:type="dxa"/>
              <w:right w:w="120" w:type="dxa"/>
            </w:tcMar>
            <w:vAlign w:val="center"/>
          </w:tcPr>
          <w:p w14:paraId="4D2C3396" w14:textId="77777777" w:rsidR="00CF1076" w:rsidRDefault="00000000">
            <w:pPr>
              <w:spacing w:after="0" w:line="252" w:lineRule="auto"/>
              <w:jc w:val="center"/>
            </w:pPr>
            <w:r>
              <w:rPr>
                <w:b/>
                <w:color w:val="FFFFFF"/>
                <w:sz w:val="19"/>
              </w:rPr>
              <w:t>Status</w:t>
            </w:r>
          </w:p>
        </w:tc>
        <w:tc>
          <w:tcPr>
            <w:tcW w:w="5544" w:type="dxa"/>
            <w:shd w:val="clear" w:color="auto" w:fill="075B45"/>
            <w:tcMar>
              <w:top w:w="100" w:type="dxa"/>
              <w:left w:w="120" w:type="dxa"/>
              <w:bottom w:w="100" w:type="dxa"/>
              <w:right w:w="120" w:type="dxa"/>
            </w:tcMar>
            <w:vAlign w:val="center"/>
          </w:tcPr>
          <w:p w14:paraId="33C3E3CD" w14:textId="77777777" w:rsidR="00CF1076" w:rsidRDefault="00000000">
            <w:pPr>
              <w:spacing w:after="0" w:line="252" w:lineRule="auto"/>
              <w:jc w:val="center"/>
            </w:pPr>
            <w:r>
              <w:rPr>
                <w:b/>
                <w:color w:val="FFFFFF"/>
                <w:sz w:val="19"/>
              </w:rPr>
              <w:t>Validation / use</w:t>
            </w:r>
          </w:p>
        </w:tc>
      </w:tr>
      <w:tr w:rsidR="00CF1076" w14:paraId="1936CAE8" w14:textId="77777777">
        <w:trPr>
          <w:jc w:val="center"/>
        </w:trPr>
        <w:tc>
          <w:tcPr>
            <w:tcW w:w="2232" w:type="dxa"/>
            <w:tcMar>
              <w:top w:w="100" w:type="dxa"/>
              <w:left w:w="120" w:type="dxa"/>
              <w:bottom w:w="100" w:type="dxa"/>
              <w:right w:w="120" w:type="dxa"/>
            </w:tcMar>
            <w:vAlign w:val="center"/>
          </w:tcPr>
          <w:p w14:paraId="0E094143" w14:textId="77777777" w:rsidR="00CF1076" w:rsidRDefault="00000000">
            <w:pPr>
              <w:spacing w:after="0" w:line="252" w:lineRule="auto"/>
              <w:jc w:val="left"/>
            </w:pPr>
            <w:r>
              <w:rPr>
                <w:sz w:val="18"/>
              </w:rPr>
              <w:t>submission_id</w:t>
            </w:r>
          </w:p>
        </w:tc>
        <w:tc>
          <w:tcPr>
            <w:tcW w:w="1440" w:type="dxa"/>
            <w:tcMar>
              <w:top w:w="100" w:type="dxa"/>
              <w:left w:w="120" w:type="dxa"/>
              <w:bottom w:w="100" w:type="dxa"/>
              <w:right w:w="120" w:type="dxa"/>
            </w:tcMar>
            <w:vAlign w:val="center"/>
          </w:tcPr>
          <w:p w14:paraId="14195353" w14:textId="77777777" w:rsidR="00CF1076" w:rsidRDefault="00000000">
            <w:pPr>
              <w:spacing w:after="0" w:line="252" w:lineRule="auto"/>
              <w:jc w:val="left"/>
            </w:pPr>
            <w:r>
              <w:rPr>
                <w:sz w:val="18"/>
              </w:rPr>
              <w:t>Required</w:t>
            </w:r>
          </w:p>
        </w:tc>
        <w:tc>
          <w:tcPr>
            <w:tcW w:w="5544" w:type="dxa"/>
            <w:tcMar>
              <w:top w:w="100" w:type="dxa"/>
              <w:left w:w="120" w:type="dxa"/>
              <w:bottom w:w="100" w:type="dxa"/>
              <w:right w:w="120" w:type="dxa"/>
            </w:tcMar>
            <w:vAlign w:val="center"/>
          </w:tcPr>
          <w:p w14:paraId="2A9E6288" w14:textId="77777777" w:rsidR="00CF1076" w:rsidRDefault="00000000">
            <w:pPr>
              <w:spacing w:after="0" w:line="252" w:lineRule="auto"/>
              <w:jc w:val="left"/>
            </w:pPr>
            <w:r>
              <w:rPr>
                <w:sz w:val="18"/>
              </w:rPr>
              <w:t>Unique and immutable, e.g., ICONFST-2026-001</w:t>
            </w:r>
          </w:p>
        </w:tc>
      </w:tr>
      <w:tr w:rsidR="00CF1076" w14:paraId="6290A736" w14:textId="77777777">
        <w:trPr>
          <w:jc w:val="center"/>
        </w:trPr>
        <w:tc>
          <w:tcPr>
            <w:tcW w:w="2232" w:type="dxa"/>
            <w:shd w:val="clear" w:color="auto" w:fill="F4F7F5"/>
            <w:tcMar>
              <w:top w:w="100" w:type="dxa"/>
              <w:left w:w="120" w:type="dxa"/>
              <w:bottom w:w="100" w:type="dxa"/>
              <w:right w:w="120" w:type="dxa"/>
            </w:tcMar>
            <w:vAlign w:val="center"/>
          </w:tcPr>
          <w:p w14:paraId="6612F567" w14:textId="77777777" w:rsidR="00CF1076" w:rsidRDefault="00000000">
            <w:pPr>
              <w:spacing w:after="0" w:line="252" w:lineRule="auto"/>
              <w:jc w:val="left"/>
            </w:pPr>
            <w:r>
              <w:rPr>
                <w:sz w:val="18"/>
              </w:rPr>
              <w:t>track_code / track_title</w:t>
            </w:r>
          </w:p>
        </w:tc>
        <w:tc>
          <w:tcPr>
            <w:tcW w:w="1440" w:type="dxa"/>
            <w:shd w:val="clear" w:color="auto" w:fill="F4F7F5"/>
            <w:tcMar>
              <w:top w:w="100" w:type="dxa"/>
              <w:left w:w="120" w:type="dxa"/>
              <w:bottom w:w="100" w:type="dxa"/>
              <w:right w:w="120" w:type="dxa"/>
            </w:tcMar>
            <w:vAlign w:val="center"/>
          </w:tcPr>
          <w:p w14:paraId="005D696E" w14:textId="77777777" w:rsidR="00CF1076" w:rsidRDefault="00000000">
            <w:pPr>
              <w:spacing w:after="0" w:line="252" w:lineRule="auto"/>
              <w:jc w:val="left"/>
            </w:pPr>
            <w:r>
              <w:rPr>
                <w:sz w:val="18"/>
              </w:rPr>
              <w:t>Required</w:t>
            </w:r>
          </w:p>
        </w:tc>
        <w:tc>
          <w:tcPr>
            <w:tcW w:w="5544" w:type="dxa"/>
            <w:shd w:val="clear" w:color="auto" w:fill="F4F7F5"/>
            <w:tcMar>
              <w:top w:w="100" w:type="dxa"/>
              <w:left w:w="120" w:type="dxa"/>
              <w:bottom w:w="100" w:type="dxa"/>
              <w:right w:w="120" w:type="dxa"/>
            </w:tcMar>
            <w:vAlign w:val="center"/>
          </w:tcPr>
          <w:p w14:paraId="1AA261DA" w14:textId="77777777" w:rsidR="00CF1076" w:rsidRDefault="00000000">
            <w:pPr>
              <w:spacing w:after="0" w:line="252" w:lineRule="auto"/>
              <w:jc w:val="left"/>
            </w:pPr>
            <w:r>
              <w:rPr>
                <w:sz w:val="18"/>
              </w:rPr>
              <w:t>Must match the approved track register</w:t>
            </w:r>
          </w:p>
        </w:tc>
      </w:tr>
      <w:tr w:rsidR="00CF1076" w14:paraId="2341D64D" w14:textId="77777777">
        <w:trPr>
          <w:jc w:val="center"/>
        </w:trPr>
        <w:tc>
          <w:tcPr>
            <w:tcW w:w="2232" w:type="dxa"/>
            <w:tcMar>
              <w:top w:w="100" w:type="dxa"/>
              <w:left w:w="120" w:type="dxa"/>
              <w:bottom w:w="100" w:type="dxa"/>
              <w:right w:w="120" w:type="dxa"/>
            </w:tcMar>
            <w:vAlign w:val="center"/>
          </w:tcPr>
          <w:p w14:paraId="626BA19B" w14:textId="77777777" w:rsidR="00CF1076" w:rsidRDefault="00000000">
            <w:pPr>
              <w:spacing w:after="0" w:line="252" w:lineRule="auto"/>
              <w:jc w:val="left"/>
            </w:pPr>
            <w:r>
              <w:rPr>
                <w:sz w:val="18"/>
              </w:rPr>
              <w:t>sequence_number</w:t>
            </w:r>
          </w:p>
        </w:tc>
        <w:tc>
          <w:tcPr>
            <w:tcW w:w="1440" w:type="dxa"/>
            <w:tcMar>
              <w:top w:w="100" w:type="dxa"/>
              <w:left w:w="120" w:type="dxa"/>
              <w:bottom w:w="100" w:type="dxa"/>
              <w:right w:w="120" w:type="dxa"/>
            </w:tcMar>
            <w:vAlign w:val="center"/>
          </w:tcPr>
          <w:p w14:paraId="5623A54D" w14:textId="77777777" w:rsidR="00CF1076" w:rsidRDefault="00000000">
            <w:pPr>
              <w:spacing w:after="0" w:line="252" w:lineRule="auto"/>
              <w:jc w:val="left"/>
            </w:pPr>
            <w:r>
              <w:rPr>
                <w:sz w:val="18"/>
              </w:rPr>
              <w:t>Generated</w:t>
            </w:r>
          </w:p>
        </w:tc>
        <w:tc>
          <w:tcPr>
            <w:tcW w:w="5544" w:type="dxa"/>
            <w:tcMar>
              <w:top w:w="100" w:type="dxa"/>
              <w:left w:w="120" w:type="dxa"/>
              <w:bottom w:w="100" w:type="dxa"/>
              <w:right w:w="120" w:type="dxa"/>
            </w:tcMar>
            <w:vAlign w:val="center"/>
          </w:tcPr>
          <w:p w14:paraId="30896DB0" w14:textId="77777777" w:rsidR="00CF1076" w:rsidRDefault="00000000">
            <w:pPr>
              <w:spacing w:after="0" w:line="252" w:lineRule="auto"/>
              <w:jc w:val="left"/>
            </w:pPr>
            <w:r>
              <w:rPr>
                <w:sz w:val="18"/>
              </w:rPr>
              <w:t>Presentation or editorial order within track</w:t>
            </w:r>
          </w:p>
        </w:tc>
      </w:tr>
      <w:tr w:rsidR="00CF1076" w14:paraId="00C6FE83" w14:textId="77777777">
        <w:trPr>
          <w:jc w:val="center"/>
        </w:trPr>
        <w:tc>
          <w:tcPr>
            <w:tcW w:w="2232" w:type="dxa"/>
            <w:shd w:val="clear" w:color="auto" w:fill="F4F7F5"/>
            <w:tcMar>
              <w:top w:w="100" w:type="dxa"/>
              <w:left w:w="120" w:type="dxa"/>
              <w:bottom w:w="100" w:type="dxa"/>
              <w:right w:w="120" w:type="dxa"/>
            </w:tcMar>
            <w:vAlign w:val="center"/>
          </w:tcPr>
          <w:p w14:paraId="2FC707E3" w14:textId="77777777" w:rsidR="00CF1076" w:rsidRDefault="00000000">
            <w:pPr>
              <w:spacing w:after="0" w:line="252" w:lineRule="auto"/>
              <w:jc w:val="left"/>
            </w:pPr>
            <w:r>
              <w:rPr>
                <w:sz w:val="18"/>
              </w:rPr>
              <w:t>abstract_title</w:t>
            </w:r>
          </w:p>
        </w:tc>
        <w:tc>
          <w:tcPr>
            <w:tcW w:w="1440" w:type="dxa"/>
            <w:shd w:val="clear" w:color="auto" w:fill="F4F7F5"/>
            <w:tcMar>
              <w:top w:w="100" w:type="dxa"/>
              <w:left w:w="120" w:type="dxa"/>
              <w:bottom w:w="100" w:type="dxa"/>
              <w:right w:w="120" w:type="dxa"/>
            </w:tcMar>
            <w:vAlign w:val="center"/>
          </w:tcPr>
          <w:p w14:paraId="018666FC" w14:textId="77777777" w:rsidR="00CF1076" w:rsidRDefault="00000000">
            <w:pPr>
              <w:spacing w:after="0" w:line="252" w:lineRule="auto"/>
              <w:jc w:val="left"/>
            </w:pPr>
            <w:r>
              <w:rPr>
                <w:sz w:val="18"/>
              </w:rPr>
              <w:t>Required</w:t>
            </w:r>
          </w:p>
        </w:tc>
        <w:tc>
          <w:tcPr>
            <w:tcW w:w="5544" w:type="dxa"/>
            <w:shd w:val="clear" w:color="auto" w:fill="F4F7F5"/>
            <w:tcMar>
              <w:top w:w="100" w:type="dxa"/>
              <w:left w:w="120" w:type="dxa"/>
              <w:bottom w:w="100" w:type="dxa"/>
              <w:right w:w="120" w:type="dxa"/>
            </w:tcMar>
            <w:vAlign w:val="center"/>
          </w:tcPr>
          <w:p w14:paraId="1C298B05" w14:textId="77777777" w:rsidR="00CF1076" w:rsidRDefault="00000000">
            <w:pPr>
              <w:spacing w:after="0" w:line="252" w:lineRule="auto"/>
              <w:jc w:val="left"/>
            </w:pPr>
            <w:r>
              <w:rPr>
                <w:sz w:val="18"/>
              </w:rPr>
              <w:t>Sentence/title case approved by editors</w:t>
            </w:r>
          </w:p>
        </w:tc>
      </w:tr>
      <w:tr w:rsidR="00CF1076" w14:paraId="39839F38" w14:textId="77777777">
        <w:trPr>
          <w:jc w:val="center"/>
        </w:trPr>
        <w:tc>
          <w:tcPr>
            <w:tcW w:w="2232" w:type="dxa"/>
            <w:tcMar>
              <w:top w:w="100" w:type="dxa"/>
              <w:left w:w="120" w:type="dxa"/>
              <w:bottom w:w="100" w:type="dxa"/>
              <w:right w:w="120" w:type="dxa"/>
            </w:tcMar>
            <w:vAlign w:val="center"/>
          </w:tcPr>
          <w:p w14:paraId="6D1E8F56" w14:textId="77777777" w:rsidR="00CF1076" w:rsidRDefault="00000000">
            <w:pPr>
              <w:spacing w:after="0" w:line="252" w:lineRule="auto"/>
              <w:jc w:val="left"/>
            </w:pPr>
            <w:r>
              <w:rPr>
                <w:sz w:val="18"/>
              </w:rPr>
              <w:t>authors</w:t>
            </w:r>
          </w:p>
        </w:tc>
        <w:tc>
          <w:tcPr>
            <w:tcW w:w="1440" w:type="dxa"/>
            <w:tcMar>
              <w:top w:w="100" w:type="dxa"/>
              <w:left w:w="120" w:type="dxa"/>
              <w:bottom w:w="100" w:type="dxa"/>
              <w:right w:w="120" w:type="dxa"/>
            </w:tcMar>
            <w:vAlign w:val="center"/>
          </w:tcPr>
          <w:p w14:paraId="486DD117" w14:textId="77777777" w:rsidR="00CF1076" w:rsidRDefault="00000000">
            <w:pPr>
              <w:spacing w:after="0" w:line="252" w:lineRule="auto"/>
              <w:jc w:val="left"/>
            </w:pPr>
            <w:r>
              <w:rPr>
                <w:sz w:val="18"/>
              </w:rPr>
              <w:t>Required</w:t>
            </w:r>
          </w:p>
        </w:tc>
        <w:tc>
          <w:tcPr>
            <w:tcW w:w="5544" w:type="dxa"/>
            <w:tcMar>
              <w:top w:w="100" w:type="dxa"/>
              <w:left w:w="120" w:type="dxa"/>
              <w:bottom w:w="100" w:type="dxa"/>
              <w:right w:w="120" w:type="dxa"/>
            </w:tcMar>
            <w:vAlign w:val="center"/>
          </w:tcPr>
          <w:p w14:paraId="37FB29E9" w14:textId="77777777" w:rsidR="00CF1076" w:rsidRDefault="00000000">
            <w:pPr>
              <w:spacing w:after="0" w:line="252" w:lineRule="auto"/>
              <w:jc w:val="left"/>
            </w:pPr>
            <w:r>
              <w:rPr>
                <w:sz w:val="18"/>
              </w:rPr>
              <w:t>Ordered author names; preserve diacritics</w:t>
            </w:r>
          </w:p>
        </w:tc>
      </w:tr>
      <w:tr w:rsidR="00CF1076" w14:paraId="0F6F4F62" w14:textId="77777777">
        <w:trPr>
          <w:jc w:val="center"/>
        </w:trPr>
        <w:tc>
          <w:tcPr>
            <w:tcW w:w="2232" w:type="dxa"/>
            <w:shd w:val="clear" w:color="auto" w:fill="F4F7F5"/>
            <w:tcMar>
              <w:top w:w="100" w:type="dxa"/>
              <w:left w:w="120" w:type="dxa"/>
              <w:bottom w:w="100" w:type="dxa"/>
              <w:right w:w="120" w:type="dxa"/>
            </w:tcMar>
            <w:vAlign w:val="center"/>
          </w:tcPr>
          <w:p w14:paraId="097FFD71" w14:textId="77777777" w:rsidR="00CF1076" w:rsidRDefault="00000000">
            <w:pPr>
              <w:spacing w:after="0" w:line="252" w:lineRule="auto"/>
              <w:jc w:val="left"/>
            </w:pPr>
            <w:r>
              <w:rPr>
                <w:sz w:val="18"/>
              </w:rPr>
              <w:t>affiliations</w:t>
            </w:r>
          </w:p>
        </w:tc>
        <w:tc>
          <w:tcPr>
            <w:tcW w:w="1440" w:type="dxa"/>
            <w:shd w:val="clear" w:color="auto" w:fill="F4F7F5"/>
            <w:tcMar>
              <w:top w:w="100" w:type="dxa"/>
              <w:left w:w="120" w:type="dxa"/>
              <w:bottom w:w="100" w:type="dxa"/>
              <w:right w:w="120" w:type="dxa"/>
            </w:tcMar>
            <w:vAlign w:val="center"/>
          </w:tcPr>
          <w:p w14:paraId="0E2A8037" w14:textId="77777777" w:rsidR="00CF1076" w:rsidRDefault="00000000">
            <w:pPr>
              <w:spacing w:after="0" w:line="252" w:lineRule="auto"/>
              <w:jc w:val="left"/>
            </w:pPr>
            <w:r>
              <w:rPr>
                <w:sz w:val="18"/>
              </w:rPr>
              <w:t>Required</w:t>
            </w:r>
          </w:p>
        </w:tc>
        <w:tc>
          <w:tcPr>
            <w:tcW w:w="5544" w:type="dxa"/>
            <w:shd w:val="clear" w:color="auto" w:fill="F4F7F5"/>
            <w:tcMar>
              <w:top w:w="100" w:type="dxa"/>
              <w:left w:w="120" w:type="dxa"/>
              <w:bottom w:w="100" w:type="dxa"/>
              <w:right w:w="120" w:type="dxa"/>
            </w:tcMar>
            <w:vAlign w:val="center"/>
          </w:tcPr>
          <w:p w14:paraId="0F857F3F" w14:textId="77777777" w:rsidR="00CF1076" w:rsidRDefault="00000000">
            <w:pPr>
              <w:spacing w:after="0" w:line="252" w:lineRule="auto"/>
              <w:jc w:val="left"/>
            </w:pPr>
            <w:r>
              <w:rPr>
                <w:sz w:val="18"/>
              </w:rPr>
              <w:t>Mapped to author superscripts</w:t>
            </w:r>
          </w:p>
        </w:tc>
      </w:tr>
      <w:tr w:rsidR="00CF1076" w14:paraId="173E011C" w14:textId="77777777">
        <w:trPr>
          <w:jc w:val="center"/>
        </w:trPr>
        <w:tc>
          <w:tcPr>
            <w:tcW w:w="2232" w:type="dxa"/>
            <w:tcMar>
              <w:top w:w="100" w:type="dxa"/>
              <w:left w:w="120" w:type="dxa"/>
              <w:bottom w:w="100" w:type="dxa"/>
              <w:right w:w="120" w:type="dxa"/>
            </w:tcMar>
            <w:vAlign w:val="center"/>
          </w:tcPr>
          <w:p w14:paraId="3C451E9F" w14:textId="77777777" w:rsidR="00CF1076" w:rsidRDefault="00000000">
            <w:pPr>
              <w:spacing w:after="0" w:line="252" w:lineRule="auto"/>
              <w:jc w:val="left"/>
            </w:pPr>
            <w:r>
              <w:rPr>
                <w:sz w:val="18"/>
              </w:rPr>
              <w:t>corresponding_email</w:t>
            </w:r>
          </w:p>
        </w:tc>
        <w:tc>
          <w:tcPr>
            <w:tcW w:w="1440" w:type="dxa"/>
            <w:tcMar>
              <w:top w:w="100" w:type="dxa"/>
              <w:left w:w="120" w:type="dxa"/>
              <w:bottom w:w="100" w:type="dxa"/>
              <w:right w:w="120" w:type="dxa"/>
            </w:tcMar>
            <w:vAlign w:val="center"/>
          </w:tcPr>
          <w:p w14:paraId="42B48032" w14:textId="77777777" w:rsidR="00CF1076" w:rsidRDefault="00000000">
            <w:pPr>
              <w:spacing w:after="0" w:line="252" w:lineRule="auto"/>
              <w:jc w:val="left"/>
            </w:pPr>
            <w:r>
              <w:rPr>
                <w:sz w:val="18"/>
              </w:rPr>
              <w:t>Required</w:t>
            </w:r>
          </w:p>
        </w:tc>
        <w:tc>
          <w:tcPr>
            <w:tcW w:w="5544" w:type="dxa"/>
            <w:tcMar>
              <w:top w:w="100" w:type="dxa"/>
              <w:left w:w="120" w:type="dxa"/>
              <w:bottom w:w="100" w:type="dxa"/>
              <w:right w:w="120" w:type="dxa"/>
            </w:tcMar>
            <w:vAlign w:val="center"/>
          </w:tcPr>
          <w:p w14:paraId="21A6CE1D" w14:textId="77777777" w:rsidR="00CF1076" w:rsidRDefault="00000000">
            <w:pPr>
              <w:spacing w:after="0" w:line="252" w:lineRule="auto"/>
              <w:jc w:val="left"/>
            </w:pPr>
            <w:r>
              <w:rPr>
                <w:sz w:val="18"/>
              </w:rPr>
              <w:t>One valid correspondence email</w:t>
            </w:r>
          </w:p>
        </w:tc>
      </w:tr>
      <w:tr w:rsidR="00CF1076" w14:paraId="48662A48" w14:textId="77777777">
        <w:trPr>
          <w:jc w:val="center"/>
        </w:trPr>
        <w:tc>
          <w:tcPr>
            <w:tcW w:w="2232" w:type="dxa"/>
            <w:shd w:val="clear" w:color="auto" w:fill="F4F7F5"/>
            <w:tcMar>
              <w:top w:w="100" w:type="dxa"/>
              <w:left w:w="120" w:type="dxa"/>
              <w:bottom w:w="100" w:type="dxa"/>
              <w:right w:w="120" w:type="dxa"/>
            </w:tcMar>
            <w:vAlign w:val="center"/>
          </w:tcPr>
          <w:p w14:paraId="40BD4917" w14:textId="77777777" w:rsidR="00CF1076" w:rsidRDefault="00000000">
            <w:pPr>
              <w:spacing w:after="0" w:line="252" w:lineRule="auto"/>
              <w:jc w:val="left"/>
            </w:pPr>
            <w:r>
              <w:rPr>
                <w:sz w:val="18"/>
              </w:rPr>
              <w:t>orcid</w:t>
            </w:r>
          </w:p>
        </w:tc>
        <w:tc>
          <w:tcPr>
            <w:tcW w:w="1440" w:type="dxa"/>
            <w:shd w:val="clear" w:color="auto" w:fill="F4F7F5"/>
            <w:tcMar>
              <w:top w:w="100" w:type="dxa"/>
              <w:left w:w="120" w:type="dxa"/>
              <w:bottom w:w="100" w:type="dxa"/>
              <w:right w:w="120" w:type="dxa"/>
            </w:tcMar>
            <w:vAlign w:val="center"/>
          </w:tcPr>
          <w:p w14:paraId="38A9E0DB" w14:textId="77777777" w:rsidR="00CF1076" w:rsidRDefault="00000000">
            <w:pPr>
              <w:spacing w:after="0" w:line="252" w:lineRule="auto"/>
              <w:jc w:val="left"/>
            </w:pPr>
            <w:r>
              <w:rPr>
                <w:sz w:val="18"/>
              </w:rPr>
              <w:t>Optional</w:t>
            </w:r>
          </w:p>
        </w:tc>
        <w:tc>
          <w:tcPr>
            <w:tcW w:w="5544" w:type="dxa"/>
            <w:shd w:val="clear" w:color="auto" w:fill="F4F7F5"/>
            <w:tcMar>
              <w:top w:w="100" w:type="dxa"/>
              <w:left w:w="120" w:type="dxa"/>
              <w:bottom w:w="100" w:type="dxa"/>
              <w:right w:w="120" w:type="dxa"/>
            </w:tcMar>
            <w:vAlign w:val="center"/>
          </w:tcPr>
          <w:p w14:paraId="682401CE" w14:textId="77777777" w:rsidR="00CF1076" w:rsidRDefault="00000000">
            <w:pPr>
              <w:spacing w:after="0" w:line="252" w:lineRule="auto"/>
              <w:jc w:val="left"/>
            </w:pPr>
            <w:r>
              <w:rPr>
                <w:sz w:val="18"/>
              </w:rPr>
              <w:t>Validated 16-digit ORCID URI/identifier</w:t>
            </w:r>
          </w:p>
        </w:tc>
      </w:tr>
      <w:tr w:rsidR="00CF1076" w14:paraId="314BF669" w14:textId="77777777">
        <w:trPr>
          <w:jc w:val="center"/>
        </w:trPr>
        <w:tc>
          <w:tcPr>
            <w:tcW w:w="2232" w:type="dxa"/>
            <w:tcMar>
              <w:top w:w="100" w:type="dxa"/>
              <w:left w:w="120" w:type="dxa"/>
              <w:bottom w:w="100" w:type="dxa"/>
              <w:right w:w="120" w:type="dxa"/>
            </w:tcMar>
            <w:vAlign w:val="center"/>
          </w:tcPr>
          <w:p w14:paraId="1270DBF5" w14:textId="77777777" w:rsidR="00CF1076" w:rsidRDefault="00000000">
            <w:pPr>
              <w:spacing w:after="0" w:line="252" w:lineRule="auto"/>
              <w:jc w:val="left"/>
            </w:pPr>
            <w:r>
              <w:rPr>
                <w:sz w:val="18"/>
              </w:rPr>
              <w:t>abstract_body</w:t>
            </w:r>
          </w:p>
        </w:tc>
        <w:tc>
          <w:tcPr>
            <w:tcW w:w="1440" w:type="dxa"/>
            <w:tcMar>
              <w:top w:w="100" w:type="dxa"/>
              <w:left w:w="120" w:type="dxa"/>
              <w:bottom w:w="100" w:type="dxa"/>
              <w:right w:w="120" w:type="dxa"/>
            </w:tcMar>
            <w:vAlign w:val="center"/>
          </w:tcPr>
          <w:p w14:paraId="0EB30AA4" w14:textId="77777777" w:rsidR="00CF1076" w:rsidRDefault="00000000">
            <w:pPr>
              <w:spacing w:after="0" w:line="252" w:lineRule="auto"/>
              <w:jc w:val="left"/>
            </w:pPr>
            <w:r>
              <w:rPr>
                <w:sz w:val="18"/>
              </w:rPr>
              <w:t>Required</w:t>
            </w:r>
          </w:p>
        </w:tc>
        <w:tc>
          <w:tcPr>
            <w:tcW w:w="5544" w:type="dxa"/>
            <w:tcMar>
              <w:top w:w="100" w:type="dxa"/>
              <w:left w:w="120" w:type="dxa"/>
              <w:bottom w:w="100" w:type="dxa"/>
              <w:right w:w="120" w:type="dxa"/>
            </w:tcMar>
            <w:vAlign w:val="center"/>
          </w:tcPr>
          <w:p w14:paraId="05ABF7BE" w14:textId="77777777" w:rsidR="00CF1076" w:rsidRDefault="00000000">
            <w:pPr>
              <w:spacing w:after="0" w:line="252" w:lineRule="auto"/>
              <w:jc w:val="left"/>
            </w:pPr>
            <w:r>
              <w:rPr>
                <w:sz w:val="18"/>
              </w:rPr>
              <w:t>Accepted final abstract; ≤200 words</w:t>
            </w:r>
          </w:p>
        </w:tc>
      </w:tr>
      <w:tr w:rsidR="00CF1076" w14:paraId="407838A1" w14:textId="77777777">
        <w:trPr>
          <w:jc w:val="center"/>
        </w:trPr>
        <w:tc>
          <w:tcPr>
            <w:tcW w:w="2232" w:type="dxa"/>
            <w:shd w:val="clear" w:color="auto" w:fill="F4F7F5"/>
            <w:tcMar>
              <w:top w:w="100" w:type="dxa"/>
              <w:left w:w="120" w:type="dxa"/>
              <w:bottom w:w="100" w:type="dxa"/>
              <w:right w:w="120" w:type="dxa"/>
            </w:tcMar>
            <w:vAlign w:val="center"/>
          </w:tcPr>
          <w:p w14:paraId="4A38F170" w14:textId="77777777" w:rsidR="00CF1076" w:rsidRDefault="00000000">
            <w:pPr>
              <w:spacing w:after="0" w:line="252" w:lineRule="auto"/>
              <w:jc w:val="left"/>
            </w:pPr>
            <w:r>
              <w:rPr>
                <w:sz w:val="18"/>
              </w:rPr>
              <w:t>keywords</w:t>
            </w:r>
          </w:p>
        </w:tc>
        <w:tc>
          <w:tcPr>
            <w:tcW w:w="1440" w:type="dxa"/>
            <w:shd w:val="clear" w:color="auto" w:fill="F4F7F5"/>
            <w:tcMar>
              <w:top w:w="100" w:type="dxa"/>
              <w:left w:w="120" w:type="dxa"/>
              <w:bottom w:w="100" w:type="dxa"/>
              <w:right w:w="120" w:type="dxa"/>
            </w:tcMar>
            <w:vAlign w:val="center"/>
          </w:tcPr>
          <w:p w14:paraId="0593209F" w14:textId="77777777" w:rsidR="00CF1076" w:rsidRDefault="00000000">
            <w:pPr>
              <w:spacing w:after="0" w:line="252" w:lineRule="auto"/>
              <w:jc w:val="left"/>
            </w:pPr>
            <w:r>
              <w:rPr>
                <w:sz w:val="18"/>
              </w:rPr>
              <w:t>Required</w:t>
            </w:r>
          </w:p>
        </w:tc>
        <w:tc>
          <w:tcPr>
            <w:tcW w:w="5544" w:type="dxa"/>
            <w:shd w:val="clear" w:color="auto" w:fill="F4F7F5"/>
            <w:tcMar>
              <w:top w:w="100" w:type="dxa"/>
              <w:left w:w="120" w:type="dxa"/>
              <w:bottom w:w="100" w:type="dxa"/>
              <w:right w:w="120" w:type="dxa"/>
            </w:tcMar>
            <w:vAlign w:val="center"/>
          </w:tcPr>
          <w:p w14:paraId="78571973" w14:textId="77777777" w:rsidR="00CF1076" w:rsidRDefault="00000000">
            <w:pPr>
              <w:spacing w:after="0" w:line="252" w:lineRule="auto"/>
              <w:jc w:val="left"/>
            </w:pPr>
            <w:r>
              <w:rPr>
                <w:sz w:val="18"/>
              </w:rPr>
              <w:t>3–5 terms</w:t>
            </w:r>
          </w:p>
        </w:tc>
      </w:tr>
      <w:tr w:rsidR="00CF1076" w14:paraId="6C6A9E18" w14:textId="77777777">
        <w:trPr>
          <w:jc w:val="center"/>
        </w:trPr>
        <w:tc>
          <w:tcPr>
            <w:tcW w:w="2232" w:type="dxa"/>
            <w:tcMar>
              <w:top w:w="100" w:type="dxa"/>
              <w:left w:w="120" w:type="dxa"/>
              <w:bottom w:w="100" w:type="dxa"/>
              <w:right w:w="120" w:type="dxa"/>
            </w:tcMar>
            <w:vAlign w:val="center"/>
          </w:tcPr>
          <w:p w14:paraId="5F214909" w14:textId="77777777" w:rsidR="00CF1076" w:rsidRDefault="00000000">
            <w:pPr>
              <w:spacing w:after="0" w:line="252" w:lineRule="auto"/>
              <w:jc w:val="left"/>
            </w:pPr>
            <w:r>
              <w:rPr>
                <w:sz w:val="18"/>
              </w:rPr>
              <w:t>participation_mode</w:t>
            </w:r>
          </w:p>
        </w:tc>
        <w:tc>
          <w:tcPr>
            <w:tcW w:w="1440" w:type="dxa"/>
            <w:tcMar>
              <w:top w:w="100" w:type="dxa"/>
              <w:left w:w="120" w:type="dxa"/>
              <w:bottom w:w="100" w:type="dxa"/>
              <w:right w:w="120" w:type="dxa"/>
            </w:tcMar>
            <w:vAlign w:val="center"/>
          </w:tcPr>
          <w:p w14:paraId="1AFBC23A" w14:textId="77777777" w:rsidR="00CF1076" w:rsidRDefault="00000000">
            <w:pPr>
              <w:spacing w:after="0" w:line="252" w:lineRule="auto"/>
              <w:jc w:val="left"/>
            </w:pPr>
            <w:r>
              <w:rPr>
                <w:sz w:val="18"/>
              </w:rPr>
              <w:t>Required</w:t>
            </w:r>
          </w:p>
        </w:tc>
        <w:tc>
          <w:tcPr>
            <w:tcW w:w="5544" w:type="dxa"/>
            <w:tcMar>
              <w:top w:w="100" w:type="dxa"/>
              <w:left w:w="120" w:type="dxa"/>
              <w:bottom w:w="100" w:type="dxa"/>
              <w:right w:w="120" w:type="dxa"/>
            </w:tcMar>
            <w:vAlign w:val="center"/>
          </w:tcPr>
          <w:p w14:paraId="4756EA62" w14:textId="77777777" w:rsidR="00CF1076" w:rsidRDefault="00000000">
            <w:pPr>
              <w:spacing w:after="0" w:line="252" w:lineRule="auto"/>
              <w:jc w:val="left"/>
            </w:pPr>
            <w:r>
              <w:rPr>
                <w:sz w:val="18"/>
              </w:rPr>
              <w:t>Physical or Virtual</w:t>
            </w:r>
          </w:p>
        </w:tc>
      </w:tr>
      <w:tr w:rsidR="00CF1076" w14:paraId="20C281B9" w14:textId="77777777">
        <w:trPr>
          <w:jc w:val="center"/>
        </w:trPr>
        <w:tc>
          <w:tcPr>
            <w:tcW w:w="2232" w:type="dxa"/>
            <w:shd w:val="clear" w:color="auto" w:fill="F4F7F5"/>
            <w:tcMar>
              <w:top w:w="100" w:type="dxa"/>
              <w:left w:w="120" w:type="dxa"/>
              <w:bottom w:w="100" w:type="dxa"/>
              <w:right w:w="120" w:type="dxa"/>
            </w:tcMar>
            <w:vAlign w:val="center"/>
          </w:tcPr>
          <w:p w14:paraId="513FFF85" w14:textId="77777777" w:rsidR="00CF1076" w:rsidRDefault="00000000">
            <w:pPr>
              <w:spacing w:after="0" w:line="252" w:lineRule="auto"/>
              <w:jc w:val="left"/>
            </w:pPr>
            <w:r>
              <w:rPr>
                <w:sz w:val="18"/>
              </w:rPr>
              <w:t>presentation_type</w:t>
            </w:r>
          </w:p>
        </w:tc>
        <w:tc>
          <w:tcPr>
            <w:tcW w:w="1440" w:type="dxa"/>
            <w:shd w:val="clear" w:color="auto" w:fill="F4F7F5"/>
            <w:tcMar>
              <w:top w:w="100" w:type="dxa"/>
              <w:left w:w="120" w:type="dxa"/>
              <w:bottom w:w="100" w:type="dxa"/>
              <w:right w:w="120" w:type="dxa"/>
            </w:tcMar>
            <w:vAlign w:val="center"/>
          </w:tcPr>
          <w:p w14:paraId="1F3A7473" w14:textId="77777777" w:rsidR="00CF1076" w:rsidRDefault="00000000">
            <w:pPr>
              <w:spacing w:after="0" w:line="252" w:lineRule="auto"/>
              <w:jc w:val="left"/>
            </w:pPr>
            <w:r>
              <w:rPr>
                <w:sz w:val="18"/>
              </w:rPr>
              <w:t>Required</w:t>
            </w:r>
          </w:p>
        </w:tc>
        <w:tc>
          <w:tcPr>
            <w:tcW w:w="5544" w:type="dxa"/>
            <w:shd w:val="clear" w:color="auto" w:fill="F4F7F5"/>
            <w:tcMar>
              <w:top w:w="100" w:type="dxa"/>
              <w:left w:w="120" w:type="dxa"/>
              <w:bottom w:w="100" w:type="dxa"/>
              <w:right w:w="120" w:type="dxa"/>
            </w:tcMar>
            <w:vAlign w:val="center"/>
          </w:tcPr>
          <w:p w14:paraId="20921F2B" w14:textId="77777777" w:rsidR="00CF1076" w:rsidRDefault="00000000">
            <w:pPr>
              <w:spacing w:after="0" w:line="252" w:lineRule="auto"/>
              <w:jc w:val="left"/>
            </w:pPr>
            <w:r>
              <w:rPr>
                <w:sz w:val="18"/>
              </w:rPr>
              <w:t>Oral or Poster</w:t>
            </w:r>
          </w:p>
        </w:tc>
      </w:tr>
      <w:tr w:rsidR="00CF1076" w14:paraId="596D124E" w14:textId="77777777">
        <w:trPr>
          <w:jc w:val="center"/>
        </w:trPr>
        <w:tc>
          <w:tcPr>
            <w:tcW w:w="2232" w:type="dxa"/>
            <w:tcMar>
              <w:top w:w="100" w:type="dxa"/>
              <w:left w:w="120" w:type="dxa"/>
              <w:bottom w:w="100" w:type="dxa"/>
              <w:right w:w="120" w:type="dxa"/>
            </w:tcMar>
            <w:vAlign w:val="center"/>
          </w:tcPr>
          <w:p w14:paraId="60F76C86" w14:textId="77777777" w:rsidR="00CF1076" w:rsidRDefault="00000000">
            <w:pPr>
              <w:spacing w:after="0" w:line="252" w:lineRule="auto"/>
              <w:jc w:val="left"/>
            </w:pPr>
            <w:r>
              <w:rPr>
                <w:sz w:val="18"/>
              </w:rPr>
              <w:t>session_code</w:t>
            </w:r>
          </w:p>
        </w:tc>
        <w:tc>
          <w:tcPr>
            <w:tcW w:w="1440" w:type="dxa"/>
            <w:tcMar>
              <w:top w:w="100" w:type="dxa"/>
              <w:left w:w="120" w:type="dxa"/>
              <w:bottom w:w="100" w:type="dxa"/>
              <w:right w:w="120" w:type="dxa"/>
            </w:tcMar>
            <w:vAlign w:val="center"/>
          </w:tcPr>
          <w:p w14:paraId="0F0B341D" w14:textId="77777777" w:rsidR="00CF1076" w:rsidRDefault="00000000">
            <w:pPr>
              <w:spacing w:after="0" w:line="252" w:lineRule="auto"/>
              <w:jc w:val="left"/>
            </w:pPr>
            <w:r>
              <w:rPr>
                <w:sz w:val="18"/>
              </w:rPr>
              <w:t>Optional</w:t>
            </w:r>
          </w:p>
        </w:tc>
        <w:tc>
          <w:tcPr>
            <w:tcW w:w="5544" w:type="dxa"/>
            <w:tcMar>
              <w:top w:w="100" w:type="dxa"/>
              <w:left w:w="120" w:type="dxa"/>
              <w:bottom w:w="100" w:type="dxa"/>
              <w:right w:w="120" w:type="dxa"/>
            </w:tcMar>
            <w:vAlign w:val="center"/>
          </w:tcPr>
          <w:p w14:paraId="3BDAF16F" w14:textId="77777777" w:rsidR="00CF1076" w:rsidRDefault="00000000">
            <w:pPr>
              <w:spacing w:after="0" w:line="252" w:lineRule="auto"/>
              <w:jc w:val="left"/>
            </w:pPr>
            <w:r>
              <w:rPr>
                <w:sz w:val="18"/>
              </w:rPr>
              <w:t>Approved programme code</w:t>
            </w:r>
          </w:p>
        </w:tc>
      </w:tr>
      <w:tr w:rsidR="00CF1076" w14:paraId="53EF5301" w14:textId="77777777">
        <w:trPr>
          <w:jc w:val="center"/>
        </w:trPr>
        <w:tc>
          <w:tcPr>
            <w:tcW w:w="2232" w:type="dxa"/>
            <w:shd w:val="clear" w:color="auto" w:fill="F4F7F5"/>
            <w:tcMar>
              <w:top w:w="100" w:type="dxa"/>
              <w:left w:w="120" w:type="dxa"/>
              <w:bottom w:w="100" w:type="dxa"/>
              <w:right w:w="120" w:type="dxa"/>
            </w:tcMar>
            <w:vAlign w:val="center"/>
          </w:tcPr>
          <w:p w14:paraId="48641227" w14:textId="77777777" w:rsidR="00CF1076" w:rsidRDefault="00000000">
            <w:pPr>
              <w:spacing w:after="0" w:line="252" w:lineRule="auto"/>
              <w:jc w:val="left"/>
            </w:pPr>
            <w:r>
              <w:rPr>
                <w:sz w:val="18"/>
              </w:rPr>
              <w:t>editorial_notes</w:t>
            </w:r>
          </w:p>
        </w:tc>
        <w:tc>
          <w:tcPr>
            <w:tcW w:w="1440" w:type="dxa"/>
            <w:shd w:val="clear" w:color="auto" w:fill="F4F7F5"/>
            <w:tcMar>
              <w:top w:w="100" w:type="dxa"/>
              <w:left w:w="120" w:type="dxa"/>
              <w:bottom w:w="100" w:type="dxa"/>
              <w:right w:w="120" w:type="dxa"/>
            </w:tcMar>
            <w:vAlign w:val="center"/>
          </w:tcPr>
          <w:p w14:paraId="42193783" w14:textId="77777777" w:rsidR="00CF1076" w:rsidRDefault="00000000">
            <w:pPr>
              <w:spacing w:after="0" w:line="252" w:lineRule="auto"/>
              <w:jc w:val="left"/>
            </w:pPr>
            <w:r>
              <w:rPr>
                <w:sz w:val="18"/>
              </w:rPr>
              <w:t>Internal</w:t>
            </w:r>
          </w:p>
        </w:tc>
        <w:tc>
          <w:tcPr>
            <w:tcW w:w="5544" w:type="dxa"/>
            <w:shd w:val="clear" w:color="auto" w:fill="F4F7F5"/>
            <w:tcMar>
              <w:top w:w="100" w:type="dxa"/>
              <w:left w:w="120" w:type="dxa"/>
              <w:bottom w:w="100" w:type="dxa"/>
              <w:right w:w="120" w:type="dxa"/>
            </w:tcMar>
            <w:vAlign w:val="center"/>
          </w:tcPr>
          <w:p w14:paraId="5C737228" w14:textId="77777777" w:rsidR="00CF1076" w:rsidRDefault="00000000">
            <w:pPr>
              <w:spacing w:after="0" w:line="252" w:lineRule="auto"/>
              <w:jc w:val="left"/>
            </w:pPr>
            <w:r>
              <w:rPr>
                <w:sz w:val="18"/>
              </w:rPr>
              <w:t>Never publish</w:t>
            </w:r>
          </w:p>
        </w:tc>
      </w:tr>
      <w:tr w:rsidR="00CF1076" w14:paraId="0D387B2D" w14:textId="77777777">
        <w:trPr>
          <w:jc w:val="center"/>
        </w:trPr>
        <w:tc>
          <w:tcPr>
            <w:tcW w:w="2232" w:type="dxa"/>
            <w:tcMar>
              <w:top w:w="100" w:type="dxa"/>
              <w:left w:w="120" w:type="dxa"/>
              <w:bottom w:w="100" w:type="dxa"/>
              <w:right w:w="120" w:type="dxa"/>
            </w:tcMar>
            <w:vAlign w:val="center"/>
          </w:tcPr>
          <w:p w14:paraId="1F502B7A" w14:textId="77777777" w:rsidR="00CF1076" w:rsidRDefault="00000000">
            <w:pPr>
              <w:spacing w:after="0" w:line="252" w:lineRule="auto"/>
              <w:jc w:val="left"/>
            </w:pPr>
            <w:r>
              <w:rPr>
                <w:sz w:val="18"/>
              </w:rPr>
              <w:t>final_page</w:t>
            </w:r>
          </w:p>
        </w:tc>
        <w:tc>
          <w:tcPr>
            <w:tcW w:w="1440" w:type="dxa"/>
            <w:tcMar>
              <w:top w:w="100" w:type="dxa"/>
              <w:left w:w="120" w:type="dxa"/>
              <w:bottom w:w="100" w:type="dxa"/>
              <w:right w:w="120" w:type="dxa"/>
            </w:tcMar>
            <w:vAlign w:val="center"/>
          </w:tcPr>
          <w:p w14:paraId="61A0A030" w14:textId="77777777" w:rsidR="00CF1076" w:rsidRDefault="00000000">
            <w:pPr>
              <w:spacing w:after="0" w:line="252" w:lineRule="auto"/>
              <w:jc w:val="left"/>
            </w:pPr>
            <w:r>
              <w:rPr>
                <w:sz w:val="18"/>
              </w:rPr>
              <w:t>Generated</w:t>
            </w:r>
          </w:p>
        </w:tc>
        <w:tc>
          <w:tcPr>
            <w:tcW w:w="5544" w:type="dxa"/>
            <w:tcMar>
              <w:top w:w="100" w:type="dxa"/>
              <w:left w:w="120" w:type="dxa"/>
              <w:bottom w:w="100" w:type="dxa"/>
              <w:right w:w="120" w:type="dxa"/>
            </w:tcMar>
            <w:vAlign w:val="center"/>
          </w:tcPr>
          <w:p w14:paraId="6A2E4C78" w14:textId="77777777" w:rsidR="00CF1076" w:rsidRDefault="00000000">
            <w:pPr>
              <w:spacing w:after="0" w:line="252" w:lineRule="auto"/>
              <w:jc w:val="left"/>
            </w:pPr>
            <w:r>
              <w:rPr>
                <w:sz w:val="18"/>
              </w:rPr>
              <w:t>Assigned after pagination</w:t>
            </w:r>
          </w:p>
        </w:tc>
      </w:tr>
    </w:tbl>
    <w:p w14:paraId="4ADA302F" w14:textId="77777777" w:rsidR="00CF1076" w:rsidRDefault="00CF1076">
      <w:pPr>
        <w:spacing w:after="0"/>
      </w:pPr>
    </w:p>
    <w:p w14:paraId="2F7755D0" w14:textId="77777777" w:rsidR="00CF1076" w:rsidRDefault="00000000">
      <w:pPr>
        <w:pStyle w:val="Heading2"/>
      </w:pPr>
      <w:bookmarkStart w:id="23" w:name="_Toc237123612"/>
      <w:r>
        <w:t>Insertion and Quality-Control Rules</w:t>
      </w:r>
      <w:bookmarkEnd w:id="23"/>
    </w:p>
    <w:p w14:paraId="1023E522" w14:textId="77777777" w:rsidR="00CF1076" w:rsidRDefault="00000000">
      <w:pPr>
        <w:pStyle w:val="ListBullet"/>
      </w:pPr>
      <w:r>
        <w:t>Import only the latest accepted version of each unique submission ID.</w:t>
      </w:r>
    </w:p>
    <w:p w14:paraId="4C19F14A" w14:textId="77777777" w:rsidR="00CF1076" w:rsidRDefault="00000000">
      <w:pPr>
        <w:pStyle w:val="ListBullet"/>
      </w:pPr>
      <w:r>
        <w:t>Normalise spacing and typography without changing scientific meaning.</w:t>
      </w:r>
    </w:p>
    <w:p w14:paraId="1A4A769B" w14:textId="77777777" w:rsidR="00CF1076" w:rsidRDefault="00000000">
      <w:pPr>
        <w:pStyle w:val="ListBullet"/>
      </w:pPr>
      <w:r>
        <w:t>Preserve author order and affiliation mapping; verify corresponding-author details.</w:t>
      </w:r>
    </w:p>
    <w:p w14:paraId="35B4E02A" w14:textId="77777777" w:rsidR="00CF1076" w:rsidRDefault="00000000">
      <w:pPr>
        <w:pStyle w:val="ListBullet"/>
      </w:pPr>
      <w:r>
        <w:t>Reject or quarantine records with missing required fields, duplicated IDs, more than 200 abstract words, or fewer than 3/more than 5 keywords.</w:t>
      </w:r>
    </w:p>
    <w:p w14:paraId="77088C83" w14:textId="77777777" w:rsidR="00CF1076" w:rsidRDefault="00000000">
      <w:pPr>
        <w:pStyle w:val="ListBullet"/>
      </w:pPr>
      <w:r>
        <w:t>Do not generate citations, keywords, author details, or claims that were not supplied or approved.</w:t>
      </w:r>
    </w:p>
    <w:p w14:paraId="1E0374F4" w14:textId="77777777" w:rsidR="00CF1076" w:rsidRDefault="00000000">
      <w:pPr>
        <w:pStyle w:val="ListBullet"/>
      </w:pPr>
      <w:r>
        <w:t>Create track dividers and lists only from the final approved track register.</w:t>
      </w:r>
    </w:p>
    <w:p w14:paraId="05AA75C2" w14:textId="77777777" w:rsidR="00CF1076" w:rsidRDefault="00000000">
      <w:pPr>
        <w:pStyle w:val="ListBullet"/>
      </w:pPr>
      <w:r>
        <w:t>After assembly, update all Word fields, contents, cross-references, page numbers, and indexes; then export and visually inspect the complete PDF.</w:t>
      </w:r>
    </w:p>
    <w:p w14:paraId="77744108" w14:textId="77777777" w:rsidR="00CF1076" w:rsidRDefault="00000000">
      <w:pPr>
        <w:pStyle w:val="ListBullet"/>
      </w:pPr>
      <w:r>
        <w:t>Archive the source dataset, validation report, generated DOCX, and final PDF with version/date metadata.</w:t>
      </w:r>
    </w:p>
    <w:p w14:paraId="41EFBA88" w14:textId="77777777" w:rsidR="00CF1076" w:rsidRDefault="00000000">
      <w:r>
        <w:br w:type="page"/>
      </w:r>
    </w:p>
    <w:p w14:paraId="24D3B92B" w14:textId="77777777" w:rsidR="00CF1076" w:rsidRDefault="00000000">
      <w:pPr>
        <w:pStyle w:val="Heading1"/>
      </w:pPr>
      <w:bookmarkStart w:id="24" w:name="_Toc237123613"/>
      <w:r>
        <w:lastRenderedPageBreak/>
        <w:t>Author Index</w:t>
      </w:r>
      <w:bookmarkEnd w:id="24"/>
    </w:p>
    <w:p w14:paraId="69735E37" w14:textId="77777777" w:rsidR="00CF1076" w:rsidRDefault="00000000">
      <w:pPr>
        <w:jc w:val="left"/>
      </w:pPr>
      <w:r>
        <w:rPr>
          <w:b/>
          <w:color w:val="B31824"/>
          <w:sz w:val="18"/>
        </w:rPr>
        <w:t>[[AUTO:AUTHOR_INDEX_BEGIN]]</w:t>
      </w:r>
    </w:p>
    <w:p w14:paraId="09F25BA5" w14:textId="77777777" w:rsidR="00CF1076" w:rsidRDefault="00000000">
      <w:r>
        <w:rPr>
          <w:i/>
          <w:color w:val="5F6965"/>
          <w:sz w:val="20"/>
        </w:rPr>
        <w:t>[Automatically list authors alphabetically by family name, followed by submission ID(s) and page number(s). Example schema: Family name, Given names — ICONFST-2026-XXX, p. XX.]</w:t>
      </w:r>
    </w:p>
    <w:p w14:paraId="31B27F7E" w14:textId="77777777" w:rsidR="00CF1076" w:rsidRDefault="00000000">
      <w:pPr>
        <w:jc w:val="left"/>
      </w:pPr>
      <w:r>
        <w:rPr>
          <w:b/>
          <w:color w:val="B31824"/>
          <w:sz w:val="18"/>
        </w:rPr>
        <w:t>[[AUTO:AUTHOR_INDEX_END]]</w:t>
      </w:r>
    </w:p>
    <w:p w14:paraId="27D1C13E" w14:textId="77777777" w:rsidR="00CF1076" w:rsidRDefault="00000000">
      <w:pPr>
        <w:pStyle w:val="Heading1"/>
      </w:pPr>
      <w:bookmarkStart w:id="25" w:name="_Toc237123614"/>
      <w:r>
        <w:t>Keyword Index</w:t>
      </w:r>
      <w:bookmarkEnd w:id="25"/>
    </w:p>
    <w:p w14:paraId="34EF3167" w14:textId="77777777" w:rsidR="00CF1076" w:rsidRDefault="00000000">
      <w:pPr>
        <w:jc w:val="left"/>
      </w:pPr>
      <w:r>
        <w:rPr>
          <w:b/>
          <w:color w:val="B31824"/>
          <w:sz w:val="18"/>
        </w:rPr>
        <w:t>[[AUTO:KEYWORD_INDEX_BEGIN]]</w:t>
      </w:r>
    </w:p>
    <w:p w14:paraId="57471A01" w14:textId="77777777" w:rsidR="00CF1076" w:rsidRDefault="00000000">
      <w:r>
        <w:rPr>
          <w:i/>
          <w:color w:val="5F6965"/>
          <w:sz w:val="20"/>
        </w:rPr>
        <w:t>[Automatically normalise approved keywords for capitalisation and singular/plural variants, then list alphabetically with submission IDs and page numbers. Preserve scientifically distinct terms.]</w:t>
      </w:r>
    </w:p>
    <w:p w14:paraId="5DBD6D2E" w14:textId="77777777" w:rsidR="00CF1076" w:rsidRDefault="00000000">
      <w:pPr>
        <w:jc w:val="left"/>
      </w:pPr>
      <w:r>
        <w:rPr>
          <w:b/>
          <w:color w:val="B31824"/>
          <w:sz w:val="18"/>
        </w:rPr>
        <w:t>[[AUTO:KEYWORD_INDEX_END]]</w:t>
      </w:r>
    </w:p>
    <w:p w14:paraId="47126F3A" w14:textId="77777777" w:rsidR="00CF1076" w:rsidRDefault="00000000">
      <w:pPr>
        <w:pStyle w:val="Heading1"/>
      </w:pPr>
      <w:bookmarkStart w:id="26" w:name="_Toc237123615"/>
      <w:r>
        <w:t>Submission ID Index</w:t>
      </w:r>
      <w:bookmarkEnd w:id="26"/>
    </w:p>
    <w:p w14:paraId="2941E507" w14:textId="77777777" w:rsidR="00CF1076" w:rsidRDefault="00000000">
      <w:pPr>
        <w:jc w:val="left"/>
      </w:pPr>
      <w:r>
        <w:rPr>
          <w:b/>
          <w:color w:val="B31824"/>
          <w:sz w:val="18"/>
        </w:rPr>
        <w:t>[[AUTO:SUBMISSION_INDEX_BEGIN]]</w:t>
      </w:r>
    </w:p>
    <w:tbl>
      <w:tblPr>
        <w:tblStyle w:val="TableGrid"/>
        <w:tblW w:w="0" w:type="auto"/>
        <w:jc w:val="center"/>
        <w:tblLayout w:type="fixed"/>
        <w:tblLook w:val="04A0" w:firstRow="1" w:lastRow="0" w:firstColumn="1" w:lastColumn="0" w:noHBand="0" w:noVBand="1"/>
      </w:tblPr>
      <w:tblGrid>
        <w:gridCol w:w="2088"/>
        <w:gridCol w:w="5256"/>
        <w:gridCol w:w="936"/>
        <w:gridCol w:w="936"/>
      </w:tblGrid>
      <w:tr w:rsidR="00CF1076" w14:paraId="499E55D3" w14:textId="77777777">
        <w:trPr>
          <w:tblHeader/>
          <w:jc w:val="center"/>
        </w:trPr>
        <w:tc>
          <w:tcPr>
            <w:tcW w:w="2088" w:type="dxa"/>
            <w:shd w:val="clear" w:color="auto" w:fill="075B45"/>
            <w:tcMar>
              <w:top w:w="100" w:type="dxa"/>
              <w:left w:w="120" w:type="dxa"/>
              <w:bottom w:w="100" w:type="dxa"/>
              <w:right w:w="120" w:type="dxa"/>
            </w:tcMar>
            <w:vAlign w:val="center"/>
          </w:tcPr>
          <w:p w14:paraId="5FFC1907" w14:textId="77777777" w:rsidR="00CF1076" w:rsidRDefault="00000000">
            <w:pPr>
              <w:spacing w:after="0" w:line="252" w:lineRule="auto"/>
              <w:jc w:val="center"/>
            </w:pPr>
            <w:r>
              <w:rPr>
                <w:b/>
                <w:color w:val="FFFFFF"/>
                <w:sz w:val="19"/>
              </w:rPr>
              <w:t>Submission ID</w:t>
            </w:r>
          </w:p>
        </w:tc>
        <w:tc>
          <w:tcPr>
            <w:tcW w:w="5256" w:type="dxa"/>
            <w:shd w:val="clear" w:color="auto" w:fill="075B45"/>
            <w:tcMar>
              <w:top w:w="100" w:type="dxa"/>
              <w:left w:w="120" w:type="dxa"/>
              <w:bottom w:w="100" w:type="dxa"/>
              <w:right w:w="120" w:type="dxa"/>
            </w:tcMar>
            <w:vAlign w:val="center"/>
          </w:tcPr>
          <w:p w14:paraId="6559196D" w14:textId="77777777" w:rsidR="00CF1076" w:rsidRDefault="00000000">
            <w:pPr>
              <w:spacing w:after="0" w:line="252" w:lineRule="auto"/>
              <w:jc w:val="center"/>
            </w:pPr>
            <w:r>
              <w:rPr>
                <w:b/>
                <w:color w:val="FFFFFF"/>
                <w:sz w:val="19"/>
              </w:rPr>
              <w:t>Abstract title</w:t>
            </w:r>
          </w:p>
        </w:tc>
        <w:tc>
          <w:tcPr>
            <w:tcW w:w="936" w:type="dxa"/>
            <w:shd w:val="clear" w:color="auto" w:fill="075B45"/>
            <w:tcMar>
              <w:top w:w="100" w:type="dxa"/>
              <w:left w:w="120" w:type="dxa"/>
              <w:bottom w:w="100" w:type="dxa"/>
              <w:right w:w="120" w:type="dxa"/>
            </w:tcMar>
            <w:vAlign w:val="center"/>
          </w:tcPr>
          <w:p w14:paraId="26315C6A" w14:textId="77777777" w:rsidR="00CF1076" w:rsidRDefault="00000000">
            <w:pPr>
              <w:spacing w:after="0" w:line="252" w:lineRule="auto"/>
              <w:jc w:val="center"/>
            </w:pPr>
            <w:r>
              <w:rPr>
                <w:b/>
                <w:color w:val="FFFFFF"/>
                <w:sz w:val="19"/>
              </w:rPr>
              <w:t>Track</w:t>
            </w:r>
          </w:p>
        </w:tc>
        <w:tc>
          <w:tcPr>
            <w:tcW w:w="936" w:type="dxa"/>
            <w:shd w:val="clear" w:color="auto" w:fill="075B45"/>
            <w:tcMar>
              <w:top w:w="100" w:type="dxa"/>
              <w:left w:w="120" w:type="dxa"/>
              <w:bottom w:w="100" w:type="dxa"/>
              <w:right w:w="120" w:type="dxa"/>
            </w:tcMar>
            <w:vAlign w:val="center"/>
          </w:tcPr>
          <w:p w14:paraId="4EB324F9" w14:textId="77777777" w:rsidR="00CF1076" w:rsidRDefault="00000000">
            <w:pPr>
              <w:spacing w:after="0" w:line="252" w:lineRule="auto"/>
              <w:jc w:val="center"/>
            </w:pPr>
            <w:r>
              <w:rPr>
                <w:b/>
                <w:color w:val="FFFFFF"/>
                <w:sz w:val="19"/>
              </w:rPr>
              <w:t>Page</w:t>
            </w:r>
          </w:p>
        </w:tc>
      </w:tr>
      <w:tr w:rsidR="00CF1076" w14:paraId="2BB181FD" w14:textId="77777777">
        <w:trPr>
          <w:jc w:val="center"/>
        </w:trPr>
        <w:tc>
          <w:tcPr>
            <w:tcW w:w="2088" w:type="dxa"/>
            <w:tcMar>
              <w:top w:w="100" w:type="dxa"/>
              <w:left w:w="120" w:type="dxa"/>
              <w:bottom w:w="100" w:type="dxa"/>
              <w:right w:w="120" w:type="dxa"/>
            </w:tcMar>
            <w:vAlign w:val="center"/>
          </w:tcPr>
          <w:p w14:paraId="5A4F52AC" w14:textId="77777777" w:rsidR="00CF1076" w:rsidRDefault="00000000">
            <w:pPr>
              <w:spacing w:after="0" w:line="252" w:lineRule="auto"/>
              <w:jc w:val="left"/>
            </w:pPr>
            <w:r>
              <w:rPr>
                <w:sz w:val="18"/>
              </w:rPr>
              <w:t>[AUTO]</w:t>
            </w:r>
          </w:p>
        </w:tc>
        <w:tc>
          <w:tcPr>
            <w:tcW w:w="5256" w:type="dxa"/>
            <w:tcMar>
              <w:top w:w="100" w:type="dxa"/>
              <w:left w:w="120" w:type="dxa"/>
              <w:bottom w:w="100" w:type="dxa"/>
              <w:right w:w="120" w:type="dxa"/>
            </w:tcMar>
            <w:vAlign w:val="center"/>
          </w:tcPr>
          <w:p w14:paraId="30237437" w14:textId="77777777" w:rsidR="00CF1076" w:rsidRDefault="00000000">
            <w:pPr>
              <w:spacing w:after="0" w:line="252" w:lineRule="auto"/>
              <w:jc w:val="left"/>
            </w:pPr>
            <w:r>
              <w:rPr>
                <w:sz w:val="18"/>
              </w:rPr>
              <w:t>[AUTO]</w:t>
            </w:r>
          </w:p>
        </w:tc>
        <w:tc>
          <w:tcPr>
            <w:tcW w:w="936" w:type="dxa"/>
            <w:tcMar>
              <w:top w:w="100" w:type="dxa"/>
              <w:left w:w="120" w:type="dxa"/>
              <w:bottom w:w="100" w:type="dxa"/>
              <w:right w:w="120" w:type="dxa"/>
            </w:tcMar>
            <w:vAlign w:val="center"/>
          </w:tcPr>
          <w:p w14:paraId="5B2E32C0" w14:textId="77777777" w:rsidR="00CF1076" w:rsidRDefault="00000000">
            <w:pPr>
              <w:spacing w:after="0" w:line="252" w:lineRule="auto"/>
              <w:jc w:val="left"/>
            </w:pPr>
            <w:r>
              <w:rPr>
                <w:sz w:val="18"/>
              </w:rPr>
              <w:t>[AUTO]</w:t>
            </w:r>
          </w:p>
        </w:tc>
        <w:tc>
          <w:tcPr>
            <w:tcW w:w="936" w:type="dxa"/>
            <w:tcMar>
              <w:top w:w="100" w:type="dxa"/>
              <w:left w:w="120" w:type="dxa"/>
              <w:bottom w:w="100" w:type="dxa"/>
              <w:right w:w="120" w:type="dxa"/>
            </w:tcMar>
            <w:vAlign w:val="center"/>
          </w:tcPr>
          <w:p w14:paraId="165DE89D" w14:textId="77777777" w:rsidR="00CF1076" w:rsidRDefault="00000000">
            <w:pPr>
              <w:spacing w:after="0" w:line="252" w:lineRule="auto"/>
              <w:jc w:val="left"/>
            </w:pPr>
            <w:r>
              <w:rPr>
                <w:sz w:val="18"/>
              </w:rPr>
              <w:t>[AUTO]</w:t>
            </w:r>
          </w:p>
        </w:tc>
      </w:tr>
    </w:tbl>
    <w:p w14:paraId="53D48E2B" w14:textId="77777777" w:rsidR="00CF1076" w:rsidRDefault="00CF1076">
      <w:pPr>
        <w:spacing w:after="0"/>
      </w:pPr>
    </w:p>
    <w:p w14:paraId="1C5ED77F" w14:textId="77777777" w:rsidR="00CF1076" w:rsidRDefault="00000000">
      <w:pPr>
        <w:jc w:val="left"/>
      </w:pPr>
      <w:r>
        <w:rPr>
          <w:b/>
          <w:color w:val="B31824"/>
          <w:sz w:val="18"/>
        </w:rPr>
        <w:t>[[AUTO:SUBMISSION_INDEX_END]]</w:t>
      </w:r>
    </w:p>
    <w:p w14:paraId="7D7DEEBC" w14:textId="77777777" w:rsidR="00CF1076" w:rsidRDefault="00000000">
      <w:r>
        <w:br w:type="page"/>
      </w:r>
    </w:p>
    <w:p w14:paraId="633CAD10" w14:textId="77777777" w:rsidR="00CF1076" w:rsidRDefault="00000000">
      <w:pPr>
        <w:pStyle w:val="Heading1"/>
      </w:pPr>
      <w:bookmarkStart w:id="27" w:name="_Toc237123616"/>
      <w:r>
        <w:lastRenderedPageBreak/>
        <w:t>Final Production Checklist — Remove Before Publication</w:t>
      </w:r>
      <w:bookmarkEnd w:id="27"/>
    </w:p>
    <w:p w14:paraId="29C827F0" w14:textId="77777777" w:rsidR="00CF1076" w:rsidRDefault="00000000">
      <w:pPr>
        <w:pStyle w:val="ListBullet"/>
      </w:pPr>
      <w:r>
        <w:t>☐ All bracketed fields and AUTO markers have been resolved or intentionally removed.</w:t>
      </w:r>
    </w:p>
    <w:p w14:paraId="7EB0F5F4" w14:textId="77777777" w:rsidR="00CF1076" w:rsidRDefault="00000000">
      <w:pPr>
        <w:pStyle w:val="ListBullet"/>
      </w:pPr>
      <w:r>
        <w:t>☐ Conference dates, venue, programme, names, titles, affiliations, URLs, and contact information are committee-approved.</w:t>
      </w:r>
    </w:p>
    <w:p w14:paraId="65D894B0" w14:textId="77777777" w:rsidR="00CF1076" w:rsidRDefault="00000000">
      <w:pPr>
        <w:pStyle w:val="ListBullet"/>
      </w:pPr>
      <w:r>
        <w:t>☐ Only accepted, latest-version abstracts are included; every submission ID is unique.</w:t>
      </w:r>
    </w:p>
    <w:p w14:paraId="40CD184D" w14:textId="77777777" w:rsidR="00CF1076" w:rsidRDefault="00000000">
      <w:pPr>
        <w:pStyle w:val="ListBullet"/>
      </w:pPr>
      <w:r>
        <w:t>☐ Every abstract contains approved title, authors, affiliations, correspondence, body, 3–5 keywords, track, and presentation mode/type.</w:t>
      </w:r>
    </w:p>
    <w:p w14:paraId="172A1F30" w14:textId="77777777" w:rsidR="00CF1076" w:rsidRDefault="00000000">
      <w:pPr>
        <w:pStyle w:val="ListBullet"/>
      </w:pPr>
      <w:r>
        <w:t>☐ Abstract bodies do not exceed 200 words and contain no unverified editorial additions.</w:t>
      </w:r>
    </w:p>
    <w:p w14:paraId="45FB266A" w14:textId="77777777" w:rsidR="00CF1076" w:rsidRDefault="00000000">
      <w:pPr>
        <w:pStyle w:val="ListBullet"/>
      </w:pPr>
      <w:r>
        <w:t>☐ Author order, spelling, diacritics, superscripts, and affiliation mapping match submission records.</w:t>
      </w:r>
    </w:p>
    <w:p w14:paraId="4EFD9044" w14:textId="77777777" w:rsidR="00CF1076" w:rsidRDefault="00000000">
      <w:pPr>
        <w:pStyle w:val="ListBullet"/>
      </w:pPr>
      <w:r>
        <w:t>☐ Contents, accepted-abstract list, page numbers, hyperlinks, and all indexes have been updated.</w:t>
      </w:r>
    </w:p>
    <w:p w14:paraId="70945FC9" w14:textId="77777777" w:rsidR="00CF1076" w:rsidRDefault="00000000">
      <w:pPr>
        <w:pStyle w:val="ListBullet"/>
      </w:pPr>
      <w:r>
        <w:t>☐ Track counts equal the number of abstract records in each track and the volume total.</w:t>
      </w:r>
    </w:p>
    <w:p w14:paraId="072B8F1E" w14:textId="77777777" w:rsidR="00CF1076" w:rsidRDefault="00000000">
      <w:pPr>
        <w:pStyle w:val="ListBullet"/>
      </w:pPr>
      <w:r>
        <w:t>☐ No comments, tracked changes, hidden editorial notes, empty optional fields, or internal data remain.</w:t>
      </w:r>
    </w:p>
    <w:p w14:paraId="2D1E375C" w14:textId="77777777" w:rsidR="00CF1076" w:rsidRDefault="00000000">
      <w:pPr>
        <w:pStyle w:val="ListBullet"/>
      </w:pPr>
      <w:r>
        <w:t>☐ Copyright, consent, ethics, privacy, image permissions, and sponsor/logo permissions are documented.</w:t>
      </w:r>
    </w:p>
    <w:p w14:paraId="7B3E8681" w14:textId="77777777" w:rsidR="00CF1076" w:rsidRDefault="00000000">
      <w:pPr>
        <w:pStyle w:val="ListBullet"/>
      </w:pPr>
      <w:r>
        <w:t>☐ The final DOCX and PDF have been rendered page by page and checked for clipping, overflow, blank pages, broken tables, orphan headings, and inconsistent headers/footers.</w:t>
      </w:r>
    </w:p>
    <w:p w14:paraId="28BB0B02" w14:textId="77777777" w:rsidR="00CF1076" w:rsidRDefault="00000000">
      <w:pPr>
        <w:pStyle w:val="ListBullet"/>
      </w:pPr>
      <w:r>
        <w:t>☐ The final published file has a version number, publication date, checksum, and archived source dataset.</w:t>
      </w:r>
    </w:p>
    <w:tbl>
      <w:tblPr>
        <w:tblW w:w="0" w:type="auto"/>
        <w:jc w:val="center"/>
        <w:tblLayout w:type="fixed"/>
        <w:tblLook w:val="04A0" w:firstRow="1" w:lastRow="0" w:firstColumn="1" w:lastColumn="0" w:noHBand="0" w:noVBand="1"/>
      </w:tblPr>
      <w:tblGrid>
        <w:gridCol w:w="9605"/>
      </w:tblGrid>
      <w:tr w:rsidR="00CF1076" w14:paraId="29C73A81" w14:textId="77777777">
        <w:trPr>
          <w:jc w:val="center"/>
        </w:trPr>
        <w:tc>
          <w:tcPr>
            <w:tcW w:w="9605" w:type="dxa"/>
            <w:shd w:val="clear" w:color="auto" w:fill="E9F4EF"/>
            <w:tcMar>
              <w:top w:w="140" w:type="dxa"/>
              <w:left w:w="160" w:type="dxa"/>
              <w:bottom w:w="140" w:type="dxa"/>
              <w:right w:w="160" w:type="dxa"/>
            </w:tcMar>
          </w:tcPr>
          <w:p w14:paraId="2AA22737" w14:textId="77777777" w:rsidR="00CF1076" w:rsidRDefault="00000000">
            <w:pPr>
              <w:spacing w:after="0"/>
            </w:pPr>
            <w:r>
              <w:rPr>
                <w:b/>
                <w:color w:val="075B45"/>
                <w:sz w:val="21"/>
              </w:rPr>
              <w:t xml:space="preserve">Master-template status.  </w:t>
            </w:r>
            <w:r>
              <w:rPr>
                <w:sz w:val="21"/>
              </w:rPr>
              <w:t>This document intentionally contains no submitted abstract. Save a protected master copy before the automatic insertion process begins.</w:t>
            </w:r>
          </w:p>
        </w:tc>
      </w:tr>
    </w:tbl>
    <w:p w14:paraId="5B1C3251" w14:textId="77777777" w:rsidR="00CF1076" w:rsidRDefault="00CF1076">
      <w:pPr>
        <w:spacing w:after="0"/>
      </w:pPr>
    </w:p>
    <w:p w14:paraId="63C323E4" w14:textId="77777777" w:rsidR="00CF1076" w:rsidRDefault="00000000">
      <w:pPr>
        <w:spacing w:before="600"/>
        <w:jc w:val="center"/>
      </w:pPr>
      <w:r>
        <w:rPr>
          <w:b/>
          <w:color w:val="075B45"/>
          <w:sz w:val="18"/>
        </w:rPr>
        <w:t>END OF ICONFST’26 BOOK OF ABSTRACTS TEMPLATE</w:t>
      </w:r>
    </w:p>
    <w:sectPr w:rsidR="00CF1076" w:rsidSect="00034616">
      <w:headerReference w:type="default" r:id="rId8"/>
      <w:footerReference w:type="default" r:id="rId9"/>
      <w:pgSz w:w="11909" w:h="16834"/>
      <w:pgMar w:top="1123" w:right="1152" w:bottom="1008" w:left="1152" w:header="432" w:footer="461" w:gutter="0"/>
      <w:pgBorders w:offsetFrom="page">
        <w:top w:val="single" w:sz="10" w:space="18" w:color="075B45"/>
        <w:left w:val="single" w:sz="10" w:space="18" w:color="075B45"/>
        <w:bottom w:val="single" w:sz="10" w:space="18" w:color="075B45"/>
        <w:right w:val="single" w:sz="10" w:space="18" w:color="075B45"/>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14BC5" w14:textId="77777777" w:rsidR="0031178F" w:rsidRDefault="0031178F">
      <w:pPr>
        <w:spacing w:after="0" w:line="240" w:lineRule="auto"/>
      </w:pPr>
      <w:r>
        <w:separator/>
      </w:r>
    </w:p>
  </w:endnote>
  <w:endnote w:type="continuationSeparator" w:id="0">
    <w:p w14:paraId="2B0E3507" w14:textId="77777777" w:rsidR="0031178F" w:rsidRDefault="00311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EB44" w14:textId="77777777" w:rsidR="00CF1076" w:rsidRDefault="00000000">
    <w:pPr>
      <w:pStyle w:val="Footer"/>
      <w:jc w:val="center"/>
    </w:pPr>
    <w:r>
      <w:rPr>
        <w:color w:val="5F6965"/>
        <w:sz w:val="16"/>
      </w:rPr>
      <w:t xml:space="preserve">ICONFST’26  •  Book of Abstracts  •  Page </w:t>
    </w:r>
    <w:r>
      <w:rPr>
        <w:color w:val="5F6965"/>
        <w:sz w:val="17"/>
      </w:rPr>
      <w:fldChar w:fldCharType="begin"/>
    </w:r>
    <w:r>
      <w:rPr>
        <w:color w:val="5F6965"/>
        <w:sz w:val="17"/>
      </w:rPr>
      <w:instrText>PAGE</w:instrText>
    </w:r>
    <w:r>
      <w:rPr>
        <w:color w:val="5F6965"/>
        <w:sz w:val="17"/>
      </w:rPr>
      <w:fldChar w:fldCharType="separate"/>
    </w:r>
    <w:r>
      <w:rPr>
        <w:color w:val="5F6965"/>
        <w:sz w:val="17"/>
      </w:rPr>
      <w:t>1</w:t>
    </w:r>
    <w:r>
      <w:rPr>
        <w:color w:val="5F6965"/>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D97CF" w14:textId="77777777" w:rsidR="0031178F" w:rsidRDefault="0031178F">
      <w:pPr>
        <w:spacing w:after="0" w:line="240" w:lineRule="auto"/>
      </w:pPr>
      <w:r>
        <w:separator/>
      </w:r>
    </w:p>
  </w:footnote>
  <w:footnote w:type="continuationSeparator" w:id="0">
    <w:p w14:paraId="5CBFDDF6" w14:textId="77777777" w:rsidR="0031178F" w:rsidRDefault="003117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20CC2" w14:textId="77777777" w:rsidR="00CF1076" w:rsidRDefault="00000000">
    <w:pPr>
      <w:pStyle w:val="Header"/>
      <w:pBdr>
        <w:bottom w:val="single" w:sz="6" w:space="0" w:color="075B45"/>
      </w:pBdr>
      <w:jc w:val="right"/>
    </w:pPr>
    <w:r>
      <w:rPr>
        <w:b/>
        <w:color w:val="075B45"/>
        <w:sz w:val="17"/>
      </w:rPr>
      <w:t>ICONFST’26  |  Book of Abstracts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6059695">
    <w:abstractNumId w:val="8"/>
  </w:num>
  <w:num w:numId="2" w16cid:durableId="527717844">
    <w:abstractNumId w:val="6"/>
  </w:num>
  <w:num w:numId="3" w16cid:durableId="115956191">
    <w:abstractNumId w:val="5"/>
  </w:num>
  <w:num w:numId="4" w16cid:durableId="1730181211">
    <w:abstractNumId w:val="4"/>
  </w:num>
  <w:num w:numId="5" w16cid:durableId="2102144260">
    <w:abstractNumId w:val="7"/>
  </w:num>
  <w:num w:numId="6" w16cid:durableId="9524762">
    <w:abstractNumId w:val="3"/>
  </w:num>
  <w:num w:numId="7" w16cid:durableId="934171369">
    <w:abstractNumId w:val="2"/>
  </w:num>
  <w:num w:numId="8" w16cid:durableId="391198957">
    <w:abstractNumId w:val="1"/>
  </w:num>
  <w:num w:numId="9" w16cid:durableId="383876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1178F"/>
    <w:rsid w:val="00326F90"/>
    <w:rsid w:val="0070215D"/>
    <w:rsid w:val="00847FAF"/>
    <w:rsid w:val="00AA1D8D"/>
    <w:rsid w:val="00B47730"/>
    <w:rsid w:val="00CB0664"/>
    <w:rsid w:val="00CF10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BAF581"/>
  <w14:defaultImageDpi w14:val="300"/>
  <w15:docId w15:val="{C3D4BD66-4237-4571-B2D7-FEA56E07C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jc w:val="both"/>
    </w:pPr>
    <w:rPr>
      <w:rFonts w:ascii="Times New Roman" w:hAnsi="Times New Roman"/>
      <w:color w:val="171A18"/>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075B45"/>
      <w:sz w:val="3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B31824"/>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075B4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075B4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color w:val="5F696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4" w:lineRule="auto"/>
      <w:ind w:left="432" w:hanging="259"/>
      <w:contextualSpacing/>
    </w:pPr>
    <w:rPr>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4" w:lineRule="auto"/>
      <w:ind w:left="432" w:hanging="259"/>
      <w:contextualSpacing/>
    </w:pPr>
    <w:rPr>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70215D"/>
    <w:pPr>
      <w:spacing w:after="100"/>
    </w:pPr>
  </w:style>
  <w:style w:type="paragraph" w:styleId="TOC2">
    <w:name w:val="toc 2"/>
    <w:basedOn w:val="Normal"/>
    <w:next w:val="Normal"/>
    <w:autoRedefine/>
    <w:uiPriority w:val="39"/>
    <w:unhideWhenUsed/>
    <w:rsid w:val="0070215D"/>
    <w:pPr>
      <w:spacing w:after="100"/>
      <w:ind w:left="220"/>
    </w:pPr>
  </w:style>
  <w:style w:type="character" w:styleId="Hyperlink">
    <w:name w:val="Hyperlink"/>
    <w:basedOn w:val="DefaultParagraphFont"/>
    <w:uiPriority w:val="99"/>
    <w:unhideWhenUsed/>
    <w:rsid w:val="007021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2830</Words>
  <Characters>16137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olujimi oni</cp:lastModifiedBy>
  <cp:revision>2</cp:revision>
  <dcterms:created xsi:type="dcterms:W3CDTF">2026-08-08T22:20:00Z</dcterms:created>
  <dcterms:modified xsi:type="dcterms:W3CDTF">2026-08-08T22:20:00Z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b48574da-c02d-40ff-abb3-529804499a7a</vt:lpwstr>
  </property>
</Properties>
</file>